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080AE1" w14:textId="77777777" w:rsidR="001463D1" w:rsidRDefault="00000000" w:rsidP="00A66F8C">
      <w:pPr>
        <w:pBdr>
          <w:bottom w:val="single" w:sz="18" w:space="4" w:color="C00000"/>
        </w:pBdr>
        <w:spacing w:after="40" w:line="240" w:lineRule="auto"/>
        <w:jc w:val="center"/>
        <w:rPr>
          <w:lang w:eastAsia="zh-CN"/>
        </w:rPr>
      </w:pPr>
      <w:proofErr w:type="gramStart"/>
      <w:r>
        <w:rPr>
          <w:rFonts w:ascii="Times New Roman" w:eastAsia="黑体" w:hAnsi="Times New Roman"/>
          <w:b/>
          <w:color w:val="C00000"/>
          <w:sz w:val="44"/>
          <w:lang w:eastAsia="zh-CN"/>
        </w:rPr>
        <w:t>机</w:t>
      </w:r>
      <w:r>
        <w:rPr>
          <w:rFonts w:ascii="Times New Roman" w:eastAsia="黑体" w:hAnsi="Times New Roman"/>
          <w:b/>
          <w:color w:val="C00000"/>
          <w:sz w:val="44"/>
          <w:lang w:eastAsia="zh-CN"/>
        </w:rPr>
        <w:t xml:space="preserve"> </w:t>
      </w:r>
      <w:r>
        <w:rPr>
          <w:rFonts w:ascii="Times New Roman" w:eastAsia="黑体" w:hAnsi="Times New Roman"/>
          <w:b/>
          <w:color w:val="C00000"/>
          <w:sz w:val="44"/>
          <w:lang w:eastAsia="zh-CN"/>
        </w:rPr>
        <w:t>电</w:t>
      </w:r>
      <w:r>
        <w:rPr>
          <w:rFonts w:ascii="Times New Roman" w:eastAsia="黑体" w:hAnsi="Times New Roman"/>
          <w:b/>
          <w:color w:val="C00000"/>
          <w:sz w:val="44"/>
          <w:lang w:eastAsia="zh-CN"/>
        </w:rPr>
        <w:t xml:space="preserve"> </w:t>
      </w:r>
      <w:r>
        <w:rPr>
          <w:rFonts w:ascii="Times New Roman" w:eastAsia="黑体" w:hAnsi="Times New Roman"/>
          <w:b/>
          <w:color w:val="C00000"/>
          <w:sz w:val="44"/>
          <w:lang w:eastAsia="zh-CN"/>
        </w:rPr>
        <w:t>工</w:t>
      </w:r>
      <w:r>
        <w:rPr>
          <w:rFonts w:ascii="Times New Roman" w:eastAsia="黑体" w:hAnsi="Times New Roman"/>
          <w:b/>
          <w:color w:val="C00000"/>
          <w:sz w:val="44"/>
          <w:lang w:eastAsia="zh-CN"/>
        </w:rPr>
        <w:t xml:space="preserve"> </w:t>
      </w:r>
      <w:r>
        <w:rPr>
          <w:rFonts w:ascii="Times New Roman" w:eastAsia="黑体" w:hAnsi="Times New Roman"/>
          <w:b/>
          <w:color w:val="C00000"/>
          <w:sz w:val="44"/>
          <w:lang w:eastAsia="zh-CN"/>
        </w:rPr>
        <w:t>程</w:t>
      </w:r>
      <w:r>
        <w:rPr>
          <w:rFonts w:ascii="Times New Roman" w:eastAsia="黑体" w:hAnsi="Times New Roman"/>
          <w:b/>
          <w:color w:val="C00000"/>
          <w:sz w:val="44"/>
          <w:lang w:eastAsia="zh-CN"/>
        </w:rPr>
        <w:t xml:space="preserve"> </w:t>
      </w:r>
      <w:r>
        <w:rPr>
          <w:rFonts w:ascii="Times New Roman" w:eastAsia="黑体" w:hAnsi="Times New Roman"/>
          <w:b/>
          <w:color w:val="C00000"/>
          <w:sz w:val="44"/>
          <w:lang w:eastAsia="zh-CN"/>
        </w:rPr>
        <w:t>学</w:t>
      </w:r>
      <w:r>
        <w:rPr>
          <w:rFonts w:ascii="Times New Roman" w:eastAsia="黑体" w:hAnsi="Times New Roman"/>
          <w:b/>
          <w:color w:val="C00000"/>
          <w:sz w:val="44"/>
          <w:lang w:eastAsia="zh-CN"/>
        </w:rPr>
        <w:t xml:space="preserve"> </w:t>
      </w:r>
      <w:r>
        <w:rPr>
          <w:rFonts w:ascii="Times New Roman" w:eastAsia="黑体" w:hAnsi="Times New Roman"/>
          <w:b/>
          <w:color w:val="C00000"/>
          <w:sz w:val="44"/>
          <w:lang w:eastAsia="zh-CN"/>
        </w:rPr>
        <w:t>院</w:t>
      </w:r>
      <w:proofErr w:type="gramEnd"/>
    </w:p>
    <w:p w14:paraId="3F9637C6" w14:textId="7D5D3E98" w:rsidR="001463D1" w:rsidRPr="004F7562" w:rsidRDefault="00000000" w:rsidP="004F7562">
      <w:pPr>
        <w:spacing w:before="120" w:after="100" w:line="259" w:lineRule="auto"/>
        <w:jc w:val="center"/>
        <w:rPr>
          <w:rFonts w:ascii="方正小标宋简体" w:eastAsia="方正小标宋简体"/>
          <w:bCs/>
          <w:sz w:val="44"/>
          <w:lang w:eastAsia="zh-CN"/>
        </w:rPr>
      </w:pPr>
      <w:r w:rsidRPr="004F7562">
        <w:rPr>
          <w:rFonts w:ascii="方正小标宋简体" w:eastAsia="方正小标宋简体" w:hAnsi="Times New Roman"/>
          <w:bCs/>
          <w:sz w:val="44"/>
          <w:lang w:eastAsia="zh-CN"/>
        </w:rPr>
        <w:t>关于举办机电工程学院2027届毕业生</w:t>
      </w:r>
      <w:r w:rsidR="004F7562" w:rsidRPr="004F7562">
        <w:rPr>
          <w:rFonts w:ascii="方正小标宋简体" w:eastAsia="方正小标宋简体" w:hAnsi="Times New Roman" w:hint="eastAsia"/>
          <w:bCs/>
          <w:sz w:val="44"/>
          <w:lang w:eastAsia="zh-CN"/>
        </w:rPr>
        <w:t>“</w:t>
      </w:r>
      <w:r w:rsidR="004F7562" w:rsidRPr="004F7562">
        <w:rPr>
          <w:rFonts w:ascii="方正小标宋简体" w:eastAsia="方正小标宋简体" w:hAnsi="Times New Roman"/>
          <w:bCs/>
          <w:sz w:val="44"/>
          <w:lang w:eastAsia="zh-CN"/>
        </w:rPr>
        <w:t>金东唐杯</w:t>
      </w:r>
      <w:r w:rsidR="004F7562" w:rsidRPr="004F7562">
        <w:rPr>
          <w:rFonts w:ascii="方正小标宋简体" w:eastAsia="方正小标宋简体" w:hAnsi="Times New Roman" w:hint="eastAsia"/>
          <w:bCs/>
          <w:sz w:val="44"/>
          <w:lang w:eastAsia="zh-CN"/>
        </w:rPr>
        <w:t>”</w:t>
      </w:r>
      <w:r w:rsidRPr="004F7562">
        <w:rPr>
          <w:rFonts w:ascii="方正小标宋简体" w:eastAsia="方正小标宋简体" w:hAnsi="Times New Roman"/>
          <w:bCs/>
          <w:sz w:val="44"/>
          <w:lang w:eastAsia="zh-CN"/>
        </w:rPr>
        <w:t>简历设计大赛的通知</w:t>
      </w:r>
    </w:p>
    <w:p w14:paraId="00E67F33" w14:textId="77777777" w:rsidR="001463D1" w:rsidRDefault="00000000" w:rsidP="00A66F8C">
      <w:pPr>
        <w:spacing w:after="0" w:line="283" w:lineRule="auto"/>
        <w:jc w:val="both"/>
        <w:rPr>
          <w:lang w:eastAsia="zh-CN"/>
        </w:rPr>
      </w:pPr>
      <w:r>
        <w:rPr>
          <w:rFonts w:ascii="Times New Roman" w:eastAsia="仿宋" w:hAnsi="Times New Roman"/>
          <w:sz w:val="28"/>
          <w:lang w:eastAsia="zh-CN"/>
        </w:rPr>
        <w:t>各</w:t>
      </w:r>
      <w:r>
        <w:rPr>
          <w:rFonts w:ascii="Times New Roman" w:eastAsia="仿宋" w:hAnsi="Times New Roman"/>
          <w:sz w:val="28"/>
          <w:lang w:eastAsia="zh-CN"/>
        </w:rPr>
        <w:t>2024</w:t>
      </w:r>
      <w:r>
        <w:rPr>
          <w:rFonts w:ascii="Times New Roman" w:eastAsia="仿宋" w:hAnsi="Times New Roman"/>
          <w:sz w:val="28"/>
          <w:lang w:eastAsia="zh-CN"/>
        </w:rPr>
        <w:t>级班级：</w:t>
      </w:r>
    </w:p>
    <w:p w14:paraId="25AA79F5" w14:textId="77777777" w:rsidR="001463D1" w:rsidRDefault="00000000" w:rsidP="00D14DA8">
      <w:pPr>
        <w:spacing w:after="0" w:line="283" w:lineRule="auto"/>
        <w:ind w:firstLineChars="200" w:firstLine="560"/>
        <w:jc w:val="both"/>
        <w:rPr>
          <w:lang w:eastAsia="zh-CN"/>
        </w:rPr>
      </w:pPr>
      <w:r>
        <w:rPr>
          <w:rFonts w:ascii="Times New Roman" w:eastAsia="仿宋" w:hAnsi="Times New Roman"/>
          <w:sz w:val="28"/>
          <w:lang w:eastAsia="zh-CN"/>
        </w:rPr>
        <w:t>为帮助</w:t>
      </w:r>
      <w:r>
        <w:rPr>
          <w:rFonts w:ascii="Times New Roman" w:eastAsia="仿宋" w:hAnsi="Times New Roman"/>
          <w:sz w:val="28"/>
          <w:lang w:eastAsia="zh-CN"/>
        </w:rPr>
        <w:t>2027</w:t>
      </w:r>
      <w:r>
        <w:rPr>
          <w:rFonts w:ascii="Times New Roman" w:eastAsia="仿宋" w:hAnsi="Times New Roman"/>
          <w:sz w:val="28"/>
          <w:lang w:eastAsia="zh-CN"/>
        </w:rPr>
        <w:t>届毕业生做好求职准备，提升简历制作、岗位匹配和求职展示能力，引导学生以更加充分的状态参加秋季招聘，经研究，学院决定于</w:t>
      </w:r>
      <w:r>
        <w:rPr>
          <w:rFonts w:ascii="Times New Roman" w:eastAsia="仿宋" w:hAnsi="Times New Roman"/>
          <w:sz w:val="28"/>
          <w:lang w:eastAsia="zh-CN"/>
        </w:rPr>
        <w:t>2026</w:t>
      </w:r>
      <w:r>
        <w:rPr>
          <w:rFonts w:ascii="Times New Roman" w:eastAsia="仿宋" w:hAnsi="Times New Roman"/>
          <w:sz w:val="28"/>
          <w:lang w:eastAsia="zh-CN"/>
        </w:rPr>
        <w:t>年</w:t>
      </w:r>
      <w:r>
        <w:rPr>
          <w:rFonts w:ascii="Times New Roman" w:eastAsia="仿宋" w:hAnsi="Times New Roman"/>
          <w:sz w:val="28"/>
          <w:lang w:eastAsia="zh-CN"/>
        </w:rPr>
        <w:t>9</w:t>
      </w:r>
      <w:r>
        <w:rPr>
          <w:rFonts w:ascii="Times New Roman" w:eastAsia="仿宋" w:hAnsi="Times New Roman"/>
          <w:sz w:val="28"/>
          <w:lang w:eastAsia="zh-CN"/>
        </w:rPr>
        <w:t>月举办</w:t>
      </w:r>
      <w:r>
        <w:rPr>
          <w:rFonts w:ascii="Times New Roman" w:eastAsia="仿宋" w:hAnsi="Times New Roman"/>
          <w:sz w:val="28"/>
          <w:lang w:eastAsia="zh-CN"/>
        </w:rPr>
        <w:t>2027</w:t>
      </w:r>
      <w:r>
        <w:rPr>
          <w:rFonts w:ascii="Times New Roman" w:eastAsia="仿宋" w:hAnsi="Times New Roman"/>
          <w:sz w:val="28"/>
          <w:lang w:eastAsia="zh-CN"/>
        </w:rPr>
        <w:t>届毕业生简历设计大赛。现将有关事项通知如下：</w:t>
      </w:r>
    </w:p>
    <w:p w14:paraId="181568DA" w14:textId="77777777" w:rsidR="001463D1" w:rsidRPr="004F7562" w:rsidRDefault="00000000" w:rsidP="00A66F8C">
      <w:pPr>
        <w:spacing w:before="30" w:after="0" w:line="269" w:lineRule="auto"/>
        <w:jc w:val="both"/>
        <w:rPr>
          <w:bCs/>
          <w:lang w:eastAsia="zh-CN"/>
        </w:rPr>
      </w:pPr>
      <w:r w:rsidRPr="004F7562">
        <w:rPr>
          <w:rFonts w:ascii="Times New Roman" w:eastAsia="黑体" w:hAnsi="Times New Roman"/>
          <w:bCs/>
          <w:sz w:val="28"/>
          <w:lang w:eastAsia="zh-CN"/>
        </w:rPr>
        <w:t>一、大赛主题</w:t>
      </w:r>
    </w:p>
    <w:p w14:paraId="08641EB2" w14:textId="77777777" w:rsidR="001463D1" w:rsidRDefault="00000000" w:rsidP="00D14DA8">
      <w:pPr>
        <w:spacing w:after="0" w:line="283" w:lineRule="auto"/>
        <w:ind w:firstLineChars="200" w:firstLine="560"/>
        <w:jc w:val="both"/>
        <w:rPr>
          <w:lang w:eastAsia="zh-CN"/>
        </w:rPr>
      </w:pPr>
      <w:r>
        <w:rPr>
          <w:rFonts w:ascii="Times New Roman" w:eastAsia="仿宋" w:hAnsi="Times New Roman"/>
          <w:sz w:val="28"/>
          <w:lang w:eastAsia="zh-CN"/>
        </w:rPr>
        <w:t>一</w:t>
      </w:r>
      <w:r w:rsidRPr="00A66F8C">
        <w:rPr>
          <w:rFonts w:ascii="宋体" w:eastAsia="宋体" w:hAnsi="宋体"/>
          <w:sz w:val="28"/>
          <w:lang w:eastAsia="zh-CN"/>
        </w:rPr>
        <w:t>“</w:t>
      </w:r>
      <w:r>
        <w:rPr>
          <w:rFonts w:ascii="Times New Roman" w:eastAsia="仿宋" w:hAnsi="Times New Roman"/>
          <w:sz w:val="28"/>
          <w:lang w:eastAsia="zh-CN"/>
        </w:rPr>
        <w:t>简</w:t>
      </w:r>
      <w:r w:rsidRPr="00A66F8C">
        <w:rPr>
          <w:rFonts w:ascii="宋体" w:eastAsia="宋体" w:hAnsi="宋体"/>
          <w:sz w:val="28"/>
          <w:lang w:eastAsia="zh-CN"/>
        </w:rPr>
        <w:t>”</w:t>
      </w:r>
      <w:r>
        <w:rPr>
          <w:rFonts w:ascii="Times New Roman" w:eastAsia="仿宋" w:hAnsi="Times New Roman"/>
          <w:sz w:val="28"/>
          <w:lang w:eastAsia="zh-CN"/>
        </w:rPr>
        <w:t>钟情，决胜千</w:t>
      </w:r>
      <w:r w:rsidRPr="00A66F8C">
        <w:rPr>
          <w:rFonts w:ascii="宋体" w:eastAsia="宋体" w:hAnsi="宋体"/>
          <w:sz w:val="28"/>
          <w:lang w:eastAsia="zh-CN"/>
        </w:rPr>
        <w:t>“</w:t>
      </w:r>
      <w:r>
        <w:rPr>
          <w:rFonts w:ascii="Times New Roman" w:eastAsia="仿宋" w:hAnsi="Times New Roman"/>
          <w:sz w:val="28"/>
          <w:lang w:eastAsia="zh-CN"/>
        </w:rPr>
        <w:t>历</w:t>
      </w:r>
      <w:r w:rsidRPr="00A66F8C">
        <w:rPr>
          <w:rFonts w:ascii="宋体" w:eastAsia="宋体" w:hAnsi="宋体"/>
          <w:sz w:val="28"/>
          <w:lang w:eastAsia="zh-CN"/>
        </w:rPr>
        <w:t>”</w:t>
      </w:r>
    </w:p>
    <w:p w14:paraId="03FA43EF" w14:textId="77777777" w:rsidR="001463D1" w:rsidRPr="004F7562" w:rsidRDefault="00000000" w:rsidP="00A66F8C">
      <w:pPr>
        <w:spacing w:before="30" w:after="0" w:line="269" w:lineRule="auto"/>
        <w:jc w:val="both"/>
        <w:rPr>
          <w:bCs/>
          <w:lang w:eastAsia="zh-CN"/>
        </w:rPr>
      </w:pPr>
      <w:r w:rsidRPr="004F7562">
        <w:rPr>
          <w:rFonts w:ascii="Times New Roman" w:eastAsia="黑体" w:hAnsi="Times New Roman"/>
          <w:bCs/>
          <w:sz w:val="28"/>
          <w:lang w:eastAsia="zh-CN"/>
        </w:rPr>
        <w:t>二、参赛对象</w:t>
      </w:r>
    </w:p>
    <w:p w14:paraId="330CD891" w14:textId="77777777" w:rsidR="001463D1" w:rsidRDefault="00000000" w:rsidP="00D14DA8">
      <w:pPr>
        <w:spacing w:after="0" w:line="283" w:lineRule="auto"/>
        <w:ind w:firstLineChars="200" w:firstLine="560"/>
        <w:jc w:val="both"/>
        <w:rPr>
          <w:lang w:eastAsia="zh-CN"/>
        </w:rPr>
      </w:pPr>
      <w:r>
        <w:rPr>
          <w:rFonts w:ascii="Times New Roman" w:eastAsia="仿宋" w:hAnsi="Times New Roman"/>
          <w:sz w:val="28"/>
          <w:lang w:eastAsia="zh-CN"/>
        </w:rPr>
        <w:t>机电工程学院</w:t>
      </w:r>
      <w:r>
        <w:rPr>
          <w:rFonts w:ascii="Times New Roman" w:eastAsia="仿宋" w:hAnsi="Times New Roman"/>
          <w:sz w:val="28"/>
          <w:lang w:eastAsia="zh-CN"/>
        </w:rPr>
        <w:t>2024</w:t>
      </w:r>
      <w:r>
        <w:rPr>
          <w:rFonts w:ascii="Times New Roman" w:eastAsia="仿宋" w:hAnsi="Times New Roman"/>
          <w:sz w:val="28"/>
          <w:lang w:eastAsia="zh-CN"/>
        </w:rPr>
        <w:t>级全体学生。</w:t>
      </w:r>
    </w:p>
    <w:p w14:paraId="0EDCFF5E" w14:textId="77777777" w:rsidR="001463D1" w:rsidRPr="004F7562" w:rsidRDefault="00000000" w:rsidP="00A66F8C">
      <w:pPr>
        <w:spacing w:before="30" w:after="0" w:line="269" w:lineRule="auto"/>
        <w:jc w:val="both"/>
        <w:rPr>
          <w:bCs/>
          <w:lang w:eastAsia="zh-CN"/>
        </w:rPr>
      </w:pPr>
      <w:r w:rsidRPr="004F7562">
        <w:rPr>
          <w:rFonts w:ascii="Times New Roman" w:eastAsia="黑体" w:hAnsi="Times New Roman"/>
          <w:bCs/>
          <w:sz w:val="28"/>
          <w:lang w:eastAsia="zh-CN"/>
        </w:rPr>
        <w:t>三、比赛时间</w:t>
      </w:r>
    </w:p>
    <w:p w14:paraId="4F3D7C52" w14:textId="77777777" w:rsidR="001463D1" w:rsidRDefault="00000000" w:rsidP="00D14DA8">
      <w:pPr>
        <w:spacing w:after="0" w:line="283" w:lineRule="auto"/>
        <w:ind w:firstLineChars="200" w:firstLine="560"/>
        <w:jc w:val="both"/>
        <w:rPr>
          <w:lang w:eastAsia="zh-CN"/>
        </w:rPr>
      </w:pPr>
      <w:r>
        <w:rPr>
          <w:rFonts w:ascii="Times New Roman" w:eastAsia="仿宋" w:hAnsi="Times New Roman"/>
          <w:sz w:val="28"/>
          <w:lang w:eastAsia="zh-CN"/>
        </w:rPr>
        <w:t>2026</w:t>
      </w:r>
      <w:r>
        <w:rPr>
          <w:rFonts w:ascii="Times New Roman" w:eastAsia="仿宋" w:hAnsi="Times New Roman"/>
          <w:sz w:val="28"/>
          <w:lang w:eastAsia="zh-CN"/>
        </w:rPr>
        <w:t>年</w:t>
      </w:r>
      <w:r>
        <w:rPr>
          <w:rFonts w:ascii="Times New Roman" w:eastAsia="仿宋" w:hAnsi="Times New Roman"/>
          <w:sz w:val="28"/>
          <w:lang w:eastAsia="zh-CN"/>
        </w:rPr>
        <w:t>9</w:t>
      </w:r>
      <w:r>
        <w:rPr>
          <w:rFonts w:ascii="Times New Roman" w:eastAsia="仿宋" w:hAnsi="Times New Roman"/>
          <w:sz w:val="28"/>
          <w:lang w:eastAsia="zh-CN"/>
        </w:rPr>
        <w:t>月</w:t>
      </w:r>
      <w:r>
        <w:rPr>
          <w:rFonts w:ascii="Times New Roman" w:eastAsia="仿宋" w:hAnsi="Times New Roman"/>
          <w:sz w:val="28"/>
          <w:lang w:eastAsia="zh-CN"/>
        </w:rPr>
        <w:t>1</w:t>
      </w:r>
      <w:r>
        <w:rPr>
          <w:rFonts w:ascii="Times New Roman" w:eastAsia="仿宋" w:hAnsi="Times New Roman"/>
          <w:sz w:val="28"/>
          <w:lang w:eastAsia="zh-CN"/>
        </w:rPr>
        <w:t>日</w:t>
      </w:r>
      <w:r>
        <w:rPr>
          <w:rFonts w:ascii="Times New Roman" w:eastAsia="仿宋" w:hAnsi="Times New Roman"/>
          <w:sz w:val="28"/>
          <w:lang w:eastAsia="zh-CN"/>
        </w:rPr>
        <w:t>—9</w:t>
      </w:r>
      <w:r>
        <w:rPr>
          <w:rFonts w:ascii="Times New Roman" w:eastAsia="仿宋" w:hAnsi="Times New Roman"/>
          <w:sz w:val="28"/>
          <w:lang w:eastAsia="zh-CN"/>
        </w:rPr>
        <w:t>月</w:t>
      </w:r>
      <w:r>
        <w:rPr>
          <w:rFonts w:ascii="Times New Roman" w:eastAsia="仿宋" w:hAnsi="Times New Roman"/>
          <w:sz w:val="28"/>
          <w:lang w:eastAsia="zh-CN"/>
        </w:rPr>
        <w:t>30</w:t>
      </w:r>
      <w:r>
        <w:rPr>
          <w:rFonts w:ascii="Times New Roman" w:eastAsia="仿宋" w:hAnsi="Times New Roman"/>
          <w:sz w:val="28"/>
          <w:lang w:eastAsia="zh-CN"/>
        </w:rPr>
        <w:t>日。</w:t>
      </w:r>
    </w:p>
    <w:p w14:paraId="04D73CB5" w14:textId="77777777" w:rsidR="001463D1" w:rsidRPr="004F7562" w:rsidRDefault="00000000" w:rsidP="00A66F8C">
      <w:pPr>
        <w:spacing w:before="30" w:after="0" w:line="269" w:lineRule="auto"/>
        <w:jc w:val="both"/>
        <w:rPr>
          <w:bCs/>
          <w:lang w:eastAsia="zh-CN"/>
        </w:rPr>
      </w:pPr>
      <w:r w:rsidRPr="004F7562">
        <w:rPr>
          <w:rFonts w:ascii="Times New Roman" w:eastAsia="黑体" w:hAnsi="Times New Roman"/>
          <w:bCs/>
          <w:sz w:val="28"/>
          <w:lang w:eastAsia="zh-CN"/>
        </w:rPr>
        <w:t>四、比赛安排</w:t>
      </w:r>
    </w:p>
    <w:p w14:paraId="50409E8E" w14:textId="40CCBA19" w:rsidR="001463D1" w:rsidRDefault="00000000" w:rsidP="00A66F8C">
      <w:pPr>
        <w:spacing w:after="0" w:line="283" w:lineRule="auto"/>
        <w:ind w:firstLine="397"/>
        <w:jc w:val="both"/>
        <w:rPr>
          <w:lang w:eastAsia="zh-CN"/>
        </w:rPr>
      </w:pPr>
      <w:r>
        <w:rPr>
          <w:rFonts w:ascii="Times New Roman" w:eastAsia="仿宋" w:hAnsi="Times New Roman"/>
          <w:b/>
          <w:sz w:val="28"/>
          <w:lang w:eastAsia="zh-CN"/>
        </w:rPr>
        <w:t>（一）简历制作阶段（</w:t>
      </w:r>
      <w:r>
        <w:rPr>
          <w:rFonts w:ascii="Times New Roman" w:eastAsia="仿宋" w:hAnsi="Times New Roman"/>
          <w:b/>
          <w:sz w:val="28"/>
          <w:lang w:eastAsia="zh-CN"/>
        </w:rPr>
        <w:t>9</w:t>
      </w:r>
      <w:r>
        <w:rPr>
          <w:rFonts w:ascii="Times New Roman" w:eastAsia="仿宋" w:hAnsi="Times New Roman"/>
          <w:b/>
          <w:sz w:val="28"/>
          <w:lang w:eastAsia="zh-CN"/>
        </w:rPr>
        <w:t>月</w:t>
      </w:r>
      <w:r>
        <w:rPr>
          <w:rFonts w:ascii="Times New Roman" w:eastAsia="仿宋" w:hAnsi="Times New Roman"/>
          <w:b/>
          <w:sz w:val="28"/>
          <w:lang w:eastAsia="zh-CN"/>
        </w:rPr>
        <w:t>1</w:t>
      </w:r>
      <w:r>
        <w:rPr>
          <w:rFonts w:ascii="Times New Roman" w:eastAsia="仿宋" w:hAnsi="Times New Roman"/>
          <w:b/>
          <w:sz w:val="28"/>
          <w:lang w:eastAsia="zh-CN"/>
        </w:rPr>
        <w:t>日</w:t>
      </w:r>
      <w:r>
        <w:rPr>
          <w:rFonts w:ascii="Times New Roman" w:eastAsia="仿宋" w:hAnsi="Times New Roman"/>
          <w:b/>
          <w:sz w:val="28"/>
          <w:lang w:eastAsia="zh-CN"/>
        </w:rPr>
        <w:t>—9</w:t>
      </w:r>
      <w:r>
        <w:rPr>
          <w:rFonts w:ascii="Times New Roman" w:eastAsia="仿宋" w:hAnsi="Times New Roman"/>
          <w:b/>
          <w:sz w:val="28"/>
          <w:lang w:eastAsia="zh-CN"/>
        </w:rPr>
        <w:t>月</w:t>
      </w:r>
      <w:r>
        <w:rPr>
          <w:rFonts w:ascii="Times New Roman" w:eastAsia="仿宋" w:hAnsi="Times New Roman"/>
          <w:b/>
          <w:sz w:val="28"/>
          <w:lang w:eastAsia="zh-CN"/>
        </w:rPr>
        <w:t>10</w:t>
      </w:r>
      <w:r>
        <w:rPr>
          <w:rFonts w:ascii="Times New Roman" w:eastAsia="仿宋" w:hAnsi="Times New Roman"/>
          <w:b/>
          <w:sz w:val="28"/>
          <w:lang w:eastAsia="zh-CN"/>
        </w:rPr>
        <w:t>日）</w:t>
      </w:r>
      <w:r>
        <w:rPr>
          <w:rFonts w:ascii="Times New Roman" w:eastAsia="仿宋" w:hAnsi="Times New Roman"/>
          <w:sz w:val="28"/>
          <w:lang w:eastAsia="zh-CN"/>
        </w:rPr>
        <w:t>各班结合专业特点和学生求职方向组织简历制作与就业指导，学生根据目标岗位完成个人简历初稿。各班</w:t>
      </w:r>
      <w:r w:rsidR="00A66F8C">
        <w:rPr>
          <w:rFonts w:ascii="Times New Roman" w:eastAsia="仿宋" w:hAnsi="Times New Roman" w:hint="eastAsia"/>
          <w:sz w:val="28"/>
          <w:lang w:eastAsia="zh-CN"/>
        </w:rPr>
        <w:t>班长</w:t>
      </w:r>
      <w:r>
        <w:rPr>
          <w:rFonts w:ascii="Times New Roman" w:eastAsia="仿宋" w:hAnsi="Times New Roman"/>
          <w:sz w:val="28"/>
          <w:lang w:eastAsia="zh-CN"/>
        </w:rPr>
        <w:t>统一收齐电子版，简历文件命名为</w:t>
      </w:r>
      <w:r w:rsidRPr="00A66F8C">
        <w:rPr>
          <w:rFonts w:ascii="宋体" w:eastAsia="宋体" w:hAnsi="宋体"/>
          <w:sz w:val="28"/>
          <w:lang w:eastAsia="zh-CN"/>
        </w:rPr>
        <w:t>“</w:t>
      </w:r>
      <w:proofErr w:type="gramStart"/>
      <w:r>
        <w:rPr>
          <w:rFonts w:ascii="Times New Roman" w:eastAsia="仿宋" w:hAnsi="Times New Roman"/>
          <w:sz w:val="28"/>
          <w:lang w:eastAsia="zh-CN"/>
        </w:rPr>
        <w:t>班级＋姓名＋</w:t>
      </w:r>
      <w:proofErr w:type="gramEnd"/>
      <w:r>
        <w:rPr>
          <w:rFonts w:ascii="Times New Roman" w:eastAsia="仿宋" w:hAnsi="Times New Roman"/>
          <w:sz w:val="28"/>
          <w:lang w:eastAsia="zh-CN"/>
        </w:rPr>
        <w:t>简历</w:t>
      </w:r>
      <w:r w:rsidRPr="00A66F8C">
        <w:rPr>
          <w:rFonts w:ascii="宋体" w:eastAsia="宋体" w:hAnsi="宋体"/>
          <w:sz w:val="28"/>
          <w:lang w:eastAsia="zh-CN"/>
        </w:rPr>
        <w:t>”</w:t>
      </w:r>
      <w:r w:rsidR="004F7562" w:rsidRPr="004F7562">
        <w:rPr>
          <w:rFonts w:ascii="Times New Roman" w:eastAsia="仿宋" w:hAnsi="Times New Roman" w:hint="eastAsia"/>
          <w:sz w:val="28"/>
          <w:lang w:eastAsia="zh-CN"/>
        </w:rPr>
        <w:t>，发送给班主任</w:t>
      </w:r>
      <w:r w:rsidR="00D14DA8">
        <w:rPr>
          <w:rFonts w:ascii="Times New Roman" w:eastAsia="仿宋" w:hAnsi="Times New Roman" w:hint="eastAsia"/>
          <w:sz w:val="28"/>
          <w:lang w:eastAsia="zh-CN"/>
        </w:rPr>
        <w:t>初评</w:t>
      </w:r>
      <w:r>
        <w:rPr>
          <w:rFonts w:ascii="Times New Roman" w:eastAsia="仿宋" w:hAnsi="Times New Roman"/>
          <w:sz w:val="28"/>
          <w:lang w:eastAsia="zh-CN"/>
        </w:rPr>
        <w:t>。</w:t>
      </w:r>
    </w:p>
    <w:p w14:paraId="5A0F8D45" w14:textId="155FF184" w:rsidR="001463D1" w:rsidRDefault="00000000" w:rsidP="00A66F8C">
      <w:pPr>
        <w:spacing w:after="0" w:line="283" w:lineRule="auto"/>
        <w:ind w:firstLine="397"/>
        <w:jc w:val="both"/>
        <w:rPr>
          <w:lang w:eastAsia="zh-CN"/>
        </w:rPr>
      </w:pPr>
      <w:r>
        <w:rPr>
          <w:rFonts w:ascii="Times New Roman" w:eastAsia="仿宋" w:hAnsi="Times New Roman"/>
          <w:b/>
          <w:sz w:val="28"/>
          <w:lang w:eastAsia="zh-CN"/>
        </w:rPr>
        <w:t>（二）班级初评阶段（</w:t>
      </w:r>
      <w:r>
        <w:rPr>
          <w:rFonts w:ascii="Times New Roman" w:eastAsia="仿宋" w:hAnsi="Times New Roman"/>
          <w:b/>
          <w:sz w:val="28"/>
          <w:lang w:eastAsia="zh-CN"/>
        </w:rPr>
        <w:t>9</w:t>
      </w:r>
      <w:r>
        <w:rPr>
          <w:rFonts w:ascii="Times New Roman" w:eastAsia="仿宋" w:hAnsi="Times New Roman"/>
          <w:b/>
          <w:sz w:val="28"/>
          <w:lang w:eastAsia="zh-CN"/>
        </w:rPr>
        <w:t>月</w:t>
      </w:r>
      <w:r>
        <w:rPr>
          <w:rFonts w:ascii="Times New Roman" w:eastAsia="仿宋" w:hAnsi="Times New Roman"/>
          <w:b/>
          <w:sz w:val="28"/>
          <w:lang w:eastAsia="zh-CN"/>
        </w:rPr>
        <w:t>11</w:t>
      </w:r>
      <w:r>
        <w:rPr>
          <w:rFonts w:ascii="Times New Roman" w:eastAsia="仿宋" w:hAnsi="Times New Roman"/>
          <w:b/>
          <w:sz w:val="28"/>
          <w:lang w:eastAsia="zh-CN"/>
        </w:rPr>
        <w:t>日</w:t>
      </w:r>
      <w:r>
        <w:rPr>
          <w:rFonts w:ascii="Times New Roman" w:eastAsia="仿宋" w:hAnsi="Times New Roman"/>
          <w:b/>
          <w:sz w:val="28"/>
          <w:lang w:eastAsia="zh-CN"/>
        </w:rPr>
        <w:t>—9</w:t>
      </w:r>
      <w:r>
        <w:rPr>
          <w:rFonts w:ascii="Times New Roman" w:eastAsia="仿宋" w:hAnsi="Times New Roman"/>
          <w:b/>
          <w:sz w:val="28"/>
          <w:lang w:eastAsia="zh-CN"/>
        </w:rPr>
        <w:t>月</w:t>
      </w:r>
      <w:r>
        <w:rPr>
          <w:rFonts w:ascii="Times New Roman" w:eastAsia="仿宋" w:hAnsi="Times New Roman"/>
          <w:b/>
          <w:sz w:val="28"/>
          <w:lang w:eastAsia="zh-CN"/>
        </w:rPr>
        <w:t>17</w:t>
      </w:r>
      <w:r>
        <w:rPr>
          <w:rFonts w:ascii="Times New Roman" w:eastAsia="仿宋" w:hAnsi="Times New Roman"/>
          <w:b/>
          <w:sz w:val="28"/>
          <w:lang w:eastAsia="zh-CN"/>
        </w:rPr>
        <w:t>日）</w:t>
      </w:r>
      <w:r>
        <w:rPr>
          <w:rFonts w:ascii="Times New Roman" w:eastAsia="仿宋" w:hAnsi="Times New Roman"/>
          <w:sz w:val="28"/>
          <w:lang w:eastAsia="zh-CN"/>
        </w:rPr>
        <w:t>由班主任依据附件评分标准对本班简历进行初评，并指导学生修改完善。原则上按班级参赛人数的</w:t>
      </w:r>
      <w:r>
        <w:rPr>
          <w:rFonts w:ascii="Times New Roman" w:eastAsia="仿宋" w:hAnsi="Times New Roman"/>
          <w:sz w:val="28"/>
          <w:lang w:eastAsia="zh-CN"/>
        </w:rPr>
        <w:t>20%</w:t>
      </w:r>
      <w:r>
        <w:rPr>
          <w:rFonts w:ascii="Times New Roman" w:eastAsia="仿宋" w:hAnsi="Times New Roman"/>
          <w:sz w:val="28"/>
          <w:lang w:eastAsia="zh-CN"/>
        </w:rPr>
        <w:t>左右推荐优秀作品进入学院复评</w:t>
      </w:r>
      <w:r w:rsidR="00CF0358">
        <w:rPr>
          <w:rFonts w:ascii="Times New Roman" w:eastAsia="仿宋" w:hAnsi="Times New Roman" w:hint="eastAsia"/>
          <w:sz w:val="28"/>
          <w:lang w:eastAsia="zh-CN"/>
        </w:rPr>
        <w:t>，推荐复评的简历以班级为单位将压缩包发送至邮箱：</w:t>
      </w:r>
      <w:hyperlink r:id="rId8" w:history="1">
        <w:r w:rsidR="00CF0358" w:rsidRPr="002276C3">
          <w:rPr>
            <w:rStyle w:val="aff9"/>
            <w:rFonts w:ascii="Times New Roman" w:eastAsia="仿宋" w:hAnsi="Times New Roman"/>
            <w:sz w:val="28"/>
            <w:lang w:eastAsia="zh-CN"/>
          </w:rPr>
          <w:t>657240802@qq.com</w:t>
        </w:r>
      </w:hyperlink>
      <w:r w:rsidR="00CF0358">
        <w:rPr>
          <w:rFonts w:ascii="Times New Roman" w:eastAsia="仿宋" w:hAnsi="Times New Roman" w:hint="eastAsia"/>
          <w:sz w:val="28"/>
          <w:lang w:eastAsia="zh-CN"/>
        </w:rPr>
        <w:t>，邮件命名</w:t>
      </w:r>
      <w:r w:rsidR="00CF0358">
        <w:rPr>
          <w:rFonts w:ascii="Times New Roman" w:eastAsia="仿宋" w:hAnsi="Times New Roman"/>
          <w:sz w:val="28"/>
          <w:lang w:eastAsia="zh-CN"/>
        </w:rPr>
        <w:t>为</w:t>
      </w:r>
      <w:r w:rsidR="00CF0358" w:rsidRPr="00A66F8C">
        <w:rPr>
          <w:rFonts w:ascii="宋体" w:eastAsia="宋体" w:hAnsi="宋体"/>
          <w:sz w:val="28"/>
          <w:lang w:eastAsia="zh-CN"/>
        </w:rPr>
        <w:t>“</w:t>
      </w:r>
      <w:r w:rsidR="00CF0358">
        <w:rPr>
          <w:rFonts w:ascii="Times New Roman" w:eastAsia="仿宋" w:hAnsi="Times New Roman"/>
          <w:sz w:val="28"/>
          <w:lang w:eastAsia="zh-CN"/>
        </w:rPr>
        <w:t>班级</w:t>
      </w:r>
      <w:proofErr w:type="gramStart"/>
      <w:r w:rsidR="00CF0358">
        <w:rPr>
          <w:rFonts w:ascii="Times New Roman" w:eastAsia="仿宋" w:hAnsi="Times New Roman"/>
          <w:sz w:val="28"/>
          <w:lang w:eastAsia="zh-CN"/>
        </w:rPr>
        <w:t>名称＋</w:t>
      </w:r>
      <w:proofErr w:type="gramEnd"/>
      <w:r w:rsidR="00CF0358">
        <w:rPr>
          <w:rFonts w:ascii="Times New Roman" w:eastAsia="仿宋" w:hAnsi="Times New Roman"/>
          <w:sz w:val="28"/>
          <w:lang w:eastAsia="zh-CN"/>
        </w:rPr>
        <w:t>简历大赛</w:t>
      </w:r>
      <w:r w:rsidR="00CF0358" w:rsidRPr="00A66F8C">
        <w:rPr>
          <w:rFonts w:ascii="宋体" w:eastAsia="宋体" w:hAnsi="宋体"/>
          <w:sz w:val="28"/>
          <w:lang w:eastAsia="zh-CN"/>
        </w:rPr>
        <w:t>”</w:t>
      </w:r>
      <w:r>
        <w:rPr>
          <w:rFonts w:ascii="Times New Roman" w:eastAsia="仿宋" w:hAnsi="Times New Roman"/>
          <w:sz w:val="28"/>
          <w:lang w:eastAsia="zh-CN"/>
        </w:rPr>
        <w:t>。</w:t>
      </w:r>
    </w:p>
    <w:p w14:paraId="21AB682F" w14:textId="0204A21B" w:rsidR="001463D1" w:rsidRDefault="00000000" w:rsidP="00A66F8C">
      <w:pPr>
        <w:spacing w:after="0" w:line="283" w:lineRule="auto"/>
        <w:ind w:firstLine="397"/>
        <w:jc w:val="both"/>
        <w:rPr>
          <w:lang w:eastAsia="zh-CN"/>
        </w:rPr>
      </w:pPr>
      <w:r>
        <w:rPr>
          <w:rFonts w:ascii="Times New Roman" w:eastAsia="仿宋" w:hAnsi="Times New Roman"/>
          <w:b/>
          <w:sz w:val="28"/>
          <w:lang w:eastAsia="zh-CN"/>
        </w:rPr>
        <w:t>（三）学院复评阶段（</w:t>
      </w:r>
      <w:r>
        <w:rPr>
          <w:rFonts w:ascii="Times New Roman" w:eastAsia="仿宋" w:hAnsi="Times New Roman"/>
          <w:b/>
          <w:sz w:val="28"/>
          <w:lang w:eastAsia="zh-CN"/>
        </w:rPr>
        <w:t>9</w:t>
      </w:r>
      <w:r>
        <w:rPr>
          <w:rFonts w:ascii="Times New Roman" w:eastAsia="仿宋" w:hAnsi="Times New Roman"/>
          <w:b/>
          <w:sz w:val="28"/>
          <w:lang w:eastAsia="zh-CN"/>
        </w:rPr>
        <w:t>月</w:t>
      </w:r>
      <w:r>
        <w:rPr>
          <w:rFonts w:ascii="Times New Roman" w:eastAsia="仿宋" w:hAnsi="Times New Roman"/>
          <w:b/>
          <w:sz w:val="28"/>
          <w:lang w:eastAsia="zh-CN"/>
        </w:rPr>
        <w:t>18</w:t>
      </w:r>
      <w:r>
        <w:rPr>
          <w:rFonts w:ascii="Times New Roman" w:eastAsia="仿宋" w:hAnsi="Times New Roman"/>
          <w:b/>
          <w:sz w:val="28"/>
          <w:lang w:eastAsia="zh-CN"/>
        </w:rPr>
        <w:t>日</w:t>
      </w:r>
      <w:r>
        <w:rPr>
          <w:rFonts w:ascii="Times New Roman" w:eastAsia="仿宋" w:hAnsi="Times New Roman"/>
          <w:b/>
          <w:sz w:val="28"/>
          <w:lang w:eastAsia="zh-CN"/>
        </w:rPr>
        <w:t>—9</w:t>
      </w:r>
      <w:r>
        <w:rPr>
          <w:rFonts w:ascii="Times New Roman" w:eastAsia="仿宋" w:hAnsi="Times New Roman"/>
          <w:b/>
          <w:sz w:val="28"/>
          <w:lang w:eastAsia="zh-CN"/>
        </w:rPr>
        <w:t>月</w:t>
      </w:r>
      <w:r>
        <w:rPr>
          <w:rFonts w:ascii="Times New Roman" w:eastAsia="仿宋" w:hAnsi="Times New Roman"/>
          <w:b/>
          <w:sz w:val="28"/>
          <w:lang w:eastAsia="zh-CN"/>
        </w:rPr>
        <w:t>25</w:t>
      </w:r>
      <w:r>
        <w:rPr>
          <w:rFonts w:ascii="Times New Roman" w:eastAsia="仿宋" w:hAnsi="Times New Roman"/>
          <w:b/>
          <w:sz w:val="28"/>
          <w:lang w:eastAsia="zh-CN"/>
        </w:rPr>
        <w:t>日）</w:t>
      </w:r>
      <w:r>
        <w:rPr>
          <w:rFonts w:ascii="Times New Roman" w:eastAsia="仿宋" w:hAnsi="Times New Roman"/>
          <w:sz w:val="28"/>
          <w:lang w:eastAsia="zh-CN"/>
        </w:rPr>
        <w:t>进入学院复评的学生根据初评意见进一步完善简历，由各班统一报送学院。学院将组织</w:t>
      </w:r>
      <w:r w:rsidR="00A66F8C">
        <w:rPr>
          <w:rFonts w:ascii="Times New Roman" w:eastAsia="仿宋" w:hAnsi="Times New Roman" w:hint="eastAsia"/>
          <w:sz w:val="28"/>
          <w:lang w:eastAsia="zh-CN"/>
        </w:rPr>
        <w:t>相关专家</w:t>
      </w:r>
      <w:r>
        <w:rPr>
          <w:rFonts w:ascii="Times New Roman" w:eastAsia="仿宋" w:hAnsi="Times New Roman"/>
          <w:sz w:val="28"/>
          <w:lang w:eastAsia="zh-CN"/>
        </w:rPr>
        <w:t>进行评审，确定获奖作品。</w:t>
      </w:r>
    </w:p>
    <w:p w14:paraId="47C89DED" w14:textId="77777777" w:rsidR="001463D1" w:rsidRDefault="00000000" w:rsidP="00A66F8C">
      <w:pPr>
        <w:spacing w:after="0" w:line="283" w:lineRule="auto"/>
        <w:ind w:firstLine="397"/>
        <w:jc w:val="both"/>
        <w:rPr>
          <w:lang w:eastAsia="zh-CN"/>
        </w:rPr>
      </w:pPr>
      <w:r>
        <w:rPr>
          <w:rFonts w:ascii="Times New Roman" w:eastAsia="仿宋" w:hAnsi="Times New Roman"/>
          <w:b/>
          <w:sz w:val="28"/>
          <w:lang w:eastAsia="zh-CN"/>
        </w:rPr>
        <w:t>（四）展示提升阶段（</w:t>
      </w:r>
      <w:r>
        <w:rPr>
          <w:rFonts w:ascii="Times New Roman" w:eastAsia="仿宋" w:hAnsi="Times New Roman"/>
          <w:b/>
          <w:sz w:val="28"/>
          <w:lang w:eastAsia="zh-CN"/>
        </w:rPr>
        <w:t>9</w:t>
      </w:r>
      <w:r>
        <w:rPr>
          <w:rFonts w:ascii="Times New Roman" w:eastAsia="仿宋" w:hAnsi="Times New Roman"/>
          <w:b/>
          <w:sz w:val="28"/>
          <w:lang w:eastAsia="zh-CN"/>
        </w:rPr>
        <w:t>月</w:t>
      </w:r>
      <w:r>
        <w:rPr>
          <w:rFonts w:ascii="Times New Roman" w:eastAsia="仿宋" w:hAnsi="Times New Roman"/>
          <w:b/>
          <w:sz w:val="28"/>
          <w:lang w:eastAsia="zh-CN"/>
        </w:rPr>
        <w:t>26</w:t>
      </w:r>
      <w:r>
        <w:rPr>
          <w:rFonts w:ascii="Times New Roman" w:eastAsia="仿宋" w:hAnsi="Times New Roman"/>
          <w:b/>
          <w:sz w:val="28"/>
          <w:lang w:eastAsia="zh-CN"/>
        </w:rPr>
        <w:t>日</w:t>
      </w:r>
      <w:r>
        <w:rPr>
          <w:rFonts w:ascii="Times New Roman" w:eastAsia="仿宋" w:hAnsi="Times New Roman"/>
          <w:b/>
          <w:sz w:val="28"/>
          <w:lang w:eastAsia="zh-CN"/>
        </w:rPr>
        <w:t>—9</w:t>
      </w:r>
      <w:r>
        <w:rPr>
          <w:rFonts w:ascii="Times New Roman" w:eastAsia="仿宋" w:hAnsi="Times New Roman"/>
          <w:b/>
          <w:sz w:val="28"/>
          <w:lang w:eastAsia="zh-CN"/>
        </w:rPr>
        <w:t>月</w:t>
      </w:r>
      <w:r>
        <w:rPr>
          <w:rFonts w:ascii="Times New Roman" w:eastAsia="仿宋" w:hAnsi="Times New Roman"/>
          <w:b/>
          <w:sz w:val="28"/>
          <w:lang w:eastAsia="zh-CN"/>
        </w:rPr>
        <w:t>30</w:t>
      </w:r>
      <w:r>
        <w:rPr>
          <w:rFonts w:ascii="Times New Roman" w:eastAsia="仿宋" w:hAnsi="Times New Roman"/>
          <w:b/>
          <w:sz w:val="28"/>
          <w:lang w:eastAsia="zh-CN"/>
        </w:rPr>
        <w:t>日）</w:t>
      </w:r>
      <w:r>
        <w:rPr>
          <w:rFonts w:ascii="Times New Roman" w:eastAsia="仿宋" w:hAnsi="Times New Roman"/>
          <w:sz w:val="28"/>
          <w:lang w:eastAsia="zh-CN"/>
        </w:rPr>
        <w:t>学院公布获奖名单，并择优开展优秀简历展示、经验分享和针对性修改指导，推动学生将参赛成果直接用于秋季招聘和后续求职。</w:t>
      </w:r>
    </w:p>
    <w:p w14:paraId="765F788B" w14:textId="77777777" w:rsidR="001463D1" w:rsidRPr="004F7562" w:rsidRDefault="00000000" w:rsidP="00A66F8C">
      <w:pPr>
        <w:spacing w:before="30" w:after="0" w:line="269" w:lineRule="auto"/>
        <w:jc w:val="both"/>
        <w:rPr>
          <w:bCs/>
          <w:lang w:eastAsia="zh-CN"/>
        </w:rPr>
      </w:pPr>
      <w:r w:rsidRPr="004F7562">
        <w:rPr>
          <w:rFonts w:ascii="Times New Roman" w:eastAsia="黑体" w:hAnsi="Times New Roman"/>
          <w:bCs/>
          <w:sz w:val="28"/>
          <w:lang w:eastAsia="zh-CN"/>
        </w:rPr>
        <w:t>五、奖项设置</w:t>
      </w:r>
    </w:p>
    <w:p w14:paraId="47A05878" w14:textId="77777777" w:rsidR="001463D1" w:rsidRDefault="00000000" w:rsidP="00A66F8C">
      <w:pPr>
        <w:spacing w:after="0" w:line="283" w:lineRule="auto"/>
        <w:ind w:firstLine="397"/>
        <w:jc w:val="both"/>
        <w:rPr>
          <w:lang w:eastAsia="zh-CN"/>
        </w:rPr>
      </w:pPr>
      <w:r>
        <w:rPr>
          <w:rFonts w:ascii="Times New Roman" w:eastAsia="仿宋" w:hAnsi="Times New Roman"/>
          <w:sz w:val="28"/>
          <w:lang w:eastAsia="zh-CN"/>
        </w:rPr>
        <w:lastRenderedPageBreak/>
        <w:t>一等奖</w:t>
      </w:r>
      <w:r>
        <w:rPr>
          <w:rFonts w:ascii="Times New Roman" w:eastAsia="仿宋" w:hAnsi="Times New Roman"/>
          <w:sz w:val="28"/>
          <w:lang w:eastAsia="zh-CN"/>
        </w:rPr>
        <w:t>5</w:t>
      </w:r>
      <w:r>
        <w:rPr>
          <w:rFonts w:ascii="Times New Roman" w:eastAsia="仿宋" w:hAnsi="Times New Roman"/>
          <w:sz w:val="28"/>
          <w:lang w:eastAsia="zh-CN"/>
        </w:rPr>
        <w:t>名、二等奖</w:t>
      </w:r>
      <w:r>
        <w:rPr>
          <w:rFonts w:ascii="Times New Roman" w:eastAsia="仿宋" w:hAnsi="Times New Roman"/>
          <w:sz w:val="28"/>
          <w:lang w:eastAsia="zh-CN"/>
        </w:rPr>
        <w:t>10</w:t>
      </w:r>
      <w:r>
        <w:rPr>
          <w:rFonts w:ascii="Times New Roman" w:eastAsia="仿宋" w:hAnsi="Times New Roman"/>
          <w:sz w:val="28"/>
          <w:lang w:eastAsia="zh-CN"/>
        </w:rPr>
        <w:t>名、三等奖</w:t>
      </w:r>
      <w:r>
        <w:rPr>
          <w:rFonts w:ascii="Times New Roman" w:eastAsia="仿宋" w:hAnsi="Times New Roman"/>
          <w:sz w:val="28"/>
          <w:lang w:eastAsia="zh-CN"/>
        </w:rPr>
        <w:t>25</w:t>
      </w:r>
      <w:r>
        <w:rPr>
          <w:rFonts w:ascii="Times New Roman" w:eastAsia="仿宋" w:hAnsi="Times New Roman"/>
          <w:sz w:val="28"/>
          <w:lang w:eastAsia="zh-CN"/>
        </w:rPr>
        <w:t>名，学院为获奖学生颁发证书及奖品。</w:t>
      </w:r>
    </w:p>
    <w:p w14:paraId="6D6EC3B1" w14:textId="77777777" w:rsidR="001463D1" w:rsidRPr="004F7562" w:rsidRDefault="00000000" w:rsidP="00A66F8C">
      <w:pPr>
        <w:spacing w:before="30" w:after="0" w:line="269" w:lineRule="auto"/>
        <w:jc w:val="both"/>
        <w:rPr>
          <w:bCs/>
          <w:lang w:eastAsia="zh-CN"/>
        </w:rPr>
      </w:pPr>
      <w:r w:rsidRPr="004F7562">
        <w:rPr>
          <w:rFonts w:ascii="Times New Roman" w:eastAsia="黑体" w:hAnsi="Times New Roman"/>
          <w:bCs/>
          <w:sz w:val="28"/>
          <w:lang w:eastAsia="zh-CN"/>
        </w:rPr>
        <w:t>六、参赛要求</w:t>
      </w:r>
    </w:p>
    <w:p w14:paraId="4D563DCF" w14:textId="77777777" w:rsidR="001463D1" w:rsidRDefault="00000000" w:rsidP="00A66F8C">
      <w:pPr>
        <w:spacing w:after="0" w:line="283" w:lineRule="auto"/>
        <w:ind w:firstLineChars="200" w:firstLine="560"/>
        <w:jc w:val="both"/>
        <w:rPr>
          <w:lang w:eastAsia="zh-CN"/>
        </w:rPr>
      </w:pPr>
      <w:r>
        <w:rPr>
          <w:rFonts w:ascii="Times New Roman" w:eastAsia="仿宋" w:hAnsi="Times New Roman"/>
          <w:sz w:val="28"/>
          <w:lang w:eastAsia="zh-CN"/>
        </w:rPr>
        <w:t>1.</w:t>
      </w:r>
      <w:r>
        <w:rPr>
          <w:rFonts w:ascii="Times New Roman" w:eastAsia="仿宋" w:hAnsi="Times New Roman"/>
          <w:sz w:val="28"/>
          <w:lang w:eastAsia="zh-CN"/>
        </w:rPr>
        <w:t>参赛作品须为本人制作，个人基本信息、学习经历、实践经历、项目经历、技能证书、获奖情况等内容必须真实准确。可使用人工智能工具辅助排版、润色和检查，但不得利用人工智能虚构经历、数据或成果；发现弄虚作假者，取消参评资格。</w:t>
      </w:r>
    </w:p>
    <w:p w14:paraId="008E063F" w14:textId="77777777" w:rsidR="001463D1" w:rsidRDefault="00000000" w:rsidP="00A66F8C">
      <w:pPr>
        <w:spacing w:after="0" w:line="283" w:lineRule="auto"/>
        <w:ind w:firstLineChars="200" w:firstLine="560"/>
        <w:jc w:val="both"/>
        <w:rPr>
          <w:lang w:eastAsia="zh-CN"/>
        </w:rPr>
      </w:pPr>
      <w:r>
        <w:rPr>
          <w:rFonts w:ascii="Times New Roman" w:eastAsia="仿宋" w:hAnsi="Times New Roman"/>
          <w:sz w:val="28"/>
          <w:lang w:eastAsia="zh-CN"/>
        </w:rPr>
        <w:t>2.</w:t>
      </w:r>
      <w:r>
        <w:rPr>
          <w:rFonts w:ascii="Times New Roman" w:eastAsia="仿宋" w:hAnsi="Times New Roman"/>
          <w:sz w:val="28"/>
          <w:lang w:eastAsia="zh-CN"/>
        </w:rPr>
        <w:t>参赛者应结合所学专业和个人就业方向，自主确定目标岗位，简历内容要突出与目标岗位相匹配的知识、技能和实践经历。</w:t>
      </w:r>
    </w:p>
    <w:p w14:paraId="63923C68" w14:textId="77777777" w:rsidR="001463D1" w:rsidRDefault="00000000" w:rsidP="00A66F8C">
      <w:pPr>
        <w:spacing w:after="0" w:line="283" w:lineRule="auto"/>
        <w:ind w:firstLineChars="200" w:firstLine="560"/>
        <w:jc w:val="both"/>
        <w:rPr>
          <w:lang w:eastAsia="zh-CN"/>
        </w:rPr>
      </w:pPr>
      <w:r>
        <w:rPr>
          <w:rFonts w:ascii="Times New Roman" w:eastAsia="仿宋" w:hAnsi="Times New Roman"/>
          <w:sz w:val="28"/>
          <w:lang w:eastAsia="zh-CN"/>
        </w:rPr>
        <w:t>3.</w:t>
      </w:r>
      <w:r>
        <w:rPr>
          <w:rFonts w:ascii="Times New Roman" w:eastAsia="仿宋" w:hAnsi="Times New Roman"/>
          <w:sz w:val="28"/>
          <w:lang w:eastAsia="zh-CN"/>
        </w:rPr>
        <w:t>简历应结构清晰、重点突出、表达准确、版面简洁美观，能够充分体现个人优势和岗位适配度。原则上采用</w:t>
      </w:r>
      <w:r>
        <w:rPr>
          <w:rFonts w:ascii="Times New Roman" w:eastAsia="仿宋" w:hAnsi="Times New Roman"/>
          <w:sz w:val="28"/>
          <w:lang w:eastAsia="zh-CN"/>
        </w:rPr>
        <w:t>A4</w:t>
      </w:r>
      <w:r>
        <w:rPr>
          <w:rFonts w:ascii="Times New Roman" w:eastAsia="仿宋" w:hAnsi="Times New Roman"/>
          <w:sz w:val="28"/>
          <w:lang w:eastAsia="zh-CN"/>
        </w:rPr>
        <w:t>版式，控制在</w:t>
      </w:r>
      <w:r>
        <w:rPr>
          <w:rFonts w:ascii="Times New Roman" w:eastAsia="仿宋" w:hAnsi="Times New Roman"/>
          <w:sz w:val="28"/>
          <w:lang w:eastAsia="zh-CN"/>
        </w:rPr>
        <w:t>1</w:t>
      </w:r>
      <w:r>
        <w:rPr>
          <w:rFonts w:ascii="Times New Roman" w:eastAsia="仿宋" w:hAnsi="Times New Roman"/>
          <w:sz w:val="28"/>
          <w:lang w:eastAsia="zh-CN"/>
        </w:rPr>
        <w:t>页，特殊情况不超过</w:t>
      </w:r>
      <w:r>
        <w:rPr>
          <w:rFonts w:ascii="Times New Roman" w:eastAsia="仿宋" w:hAnsi="Times New Roman"/>
          <w:sz w:val="28"/>
          <w:lang w:eastAsia="zh-CN"/>
        </w:rPr>
        <w:t>2</w:t>
      </w:r>
      <w:r>
        <w:rPr>
          <w:rFonts w:ascii="Times New Roman" w:eastAsia="仿宋" w:hAnsi="Times New Roman"/>
          <w:sz w:val="28"/>
          <w:lang w:eastAsia="zh-CN"/>
        </w:rPr>
        <w:t>页。</w:t>
      </w:r>
    </w:p>
    <w:p w14:paraId="7C245159" w14:textId="77777777" w:rsidR="001463D1" w:rsidRDefault="00000000" w:rsidP="00A66F8C">
      <w:pPr>
        <w:spacing w:after="0" w:line="283" w:lineRule="auto"/>
        <w:ind w:firstLineChars="200" w:firstLine="560"/>
        <w:jc w:val="both"/>
        <w:rPr>
          <w:lang w:eastAsia="zh-CN"/>
        </w:rPr>
      </w:pPr>
      <w:r>
        <w:rPr>
          <w:rFonts w:ascii="Times New Roman" w:eastAsia="仿宋" w:hAnsi="Times New Roman"/>
          <w:sz w:val="28"/>
          <w:lang w:eastAsia="zh-CN"/>
        </w:rPr>
        <w:t>4.</w:t>
      </w:r>
      <w:r>
        <w:rPr>
          <w:rFonts w:ascii="Times New Roman" w:eastAsia="仿宋" w:hAnsi="Times New Roman"/>
          <w:sz w:val="28"/>
          <w:lang w:eastAsia="zh-CN"/>
        </w:rPr>
        <w:t>学院复评作品统一提交</w:t>
      </w:r>
      <w:r>
        <w:rPr>
          <w:rFonts w:ascii="Times New Roman" w:eastAsia="仿宋" w:hAnsi="Times New Roman"/>
          <w:sz w:val="28"/>
          <w:lang w:eastAsia="zh-CN"/>
        </w:rPr>
        <w:t>PDF</w:t>
      </w:r>
      <w:r>
        <w:rPr>
          <w:rFonts w:ascii="Times New Roman" w:eastAsia="仿宋" w:hAnsi="Times New Roman"/>
          <w:sz w:val="28"/>
          <w:lang w:eastAsia="zh-CN"/>
        </w:rPr>
        <w:t>格式，同时保留可编辑源文件，以便后续修改完善和求职使用。</w:t>
      </w:r>
    </w:p>
    <w:p w14:paraId="1851BA65" w14:textId="77777777" w:rsidR="001463D1" w:rsidRPr="004F7562" w:rsidRDefault="00000000" w:rsidP="00A66F8C">
      <w:pPr>
        <w:spacing w:before="30" w:after="0" w:line="269" w:lineRule="auto"/>
        <w:jc w:val="both"/>
        <w:rPr>
          <w:bCs/>
          <w:lang w:eastAsia="zh-CN"/>
        </w:rPr>
      </w:pPr>
      <w:r w:rsidRPr="004F7562">
        <w:rPr>
          <w:rFonts w:ascii="Times New Roman" w:eastAsia="黑体" w:hAnsi="Times New Roman"/>
          <w:bCs/>
          <w:sz w:val="28"/>
          <w:lang w:eastAsia="zh-CN"/>
        </w:rPr>
        <w:t>七、工作要求</w:t>
      </w:r>
    </w:p>
    <w:p w14:paraId="1268804C" w14:textId="77777777" w:rsidR="001463D1" w:rsidRDefault="00000000" w:rsidP="00CF0358">
      <w:pPr>
        <w:spacing w:after="0" w:line="283" w:lineRule="auto"/>
        <w:ind w:firstLineChars="200" w:firstLine="560"/>
        <w:jc w:val="both"/>
        <w:rPr>
          <w:lang w:eastAsia="zh-CN"/>
        </w:rPr>
      </w:pPr>
      <w:r>
        <w:rPr>
          <w:rFonts w:ascii="Times New Roman" w:eastAsia="仿宋" w:hAnsi="Times New Roman"/>
          <w:sz w:val="28"/>
          <w:lang w:eastAsia="zh-CN"/>
        </w:rPr>
        <w:t>各班要高度重视、认真组织，班主任负责做好宣传动员、简历指导、班级初评和作品推荐工作。通过本次大赛，推动</w:t>
      </w:r>
      <w:r>
        <w:rPr>
          <w:rFonts w:ascii="Times New Roman" w:eastAsia="仿宋" w:hAnsi="Times New Roman"/>
          <w:sz w:val="28"/>
          <w:lang w:eastAsia="zh-CN"/>
        </w:rPr>
        <w:t>2024</w:t>
      </w:r>
      <w:r>
        <w:rPr>
          <w:rFonts w:ascii="Times New Roman" w:eastAsia="仿宋" w:hAnsi="Times New Roman"/>
          <w:sz w:val="28"/>
          <w:lang w:eastAsia="zh-CN"/>
        </w:rPr>
        <w:t>级学生做到</w:t>
      </w:r>
      <w:r w:rsidRPr="00A66F8C">
        <w:rPr>
          <w:rFonts w:ascii="宋体" w:eastAsia="宋体" w:hAnsi="宋体"/>
          <w:sz w:val="28"/>
          <w:lang w:eastAsia="zh-CN"/>
        </w:rPr>
        <w:t>“</w:t>
      </w:r>
      <w:r>
        <w:rPr>
          <w:rFonts w:ascii="Times New Roman" w:eastAsia="仿宋" w:hAnsi="Times New Roman"/>
          <w:sz w:val="28"/>
          <w:lang w:eastAsia="zh-CN"/>
        </w:rPr>
        <w:t>人人有简历、人人会修改、人人能针对岗位优化简历</w:t>
      </w:r>
      <w:r w:rsidRPr="00A66F8C">
        <w:rPr>
          <w:rFonts w:ascii="宋体" w:eastAsia="宋体" w:hAnsi="宋体"/>
          <w:sz w:val="28"/>
          <w:lang w:eastAsia="zh-CN"/>
        </w:rPr>
        <w:t>”</w:t>
      </w:r>
      <w:r>
        <w:rPr>
          <w:rFonts w:ascii="Times New Roman" w:eastAsia="仿宋" w:hAnsi="Times New Roman"/>
          <w:sz w:val="28"/>
          <w:lang w:eastAsia="zh-CN"/>
        </w:rPr>
        <w:t>，切实提升毕业生求职准备质量。</w:t>
      </w:r>
    </w:p>
    <w:p w14:paraId="4E0EA1A6" w14:textId="77777777" w:rsidR="001463D1" w:rsidRPr="004F7562" w:rsidRDefault="00000000" w:rsidP="00A66F8C">
      <w:pPr>
        <w:spacing w:before="30" w:after="0" w:line="269" w:lineRule="auto"/>
        <w:jc w:val="both"/>
        <w:rPr>
          <w:bCs/>
          <w:lang w:eastAsia="zh-CN"/>
        </w:rPr>
      </w:pPr>
      <w:r w:rsidRPr="004F7562">
        <w:rPr>
          <w:rFonts w:ascii="Times New Roman" w:eastAsia="黑体" w:hAnsi="Times New Roman"/>
          <w:bCs/>
          <w:sz w:val="28"/>
          <w:lang w:eastAsia="zh-CN"/>
        </w:rPr>
        <w:t>八、联系方式</w:t>
      </w:r>
    </w:p>
    <w:p w14:paraId="225C466E" w14:textId="77777777" w:rsidR="001463D1" w:rsidRDefault="00000000" w:rsidP="00CF0358">
      <w:pPr>
        <w:spacing w:after="0" w:line="283" w:lineRule="auto"/>
        <w:ind w:firstLineChars="200" w:firstLine="560"/>
        <w:jc w:val="both"/>
        <w:rPr>
          <w:lang w:eastAsia="zh-CN"/>
        </w:rPr>
      </w:pPr>
      <w:r>
        <w:rPr>
          <w:rFonts w:ascii="Times New Roman" w:eastAsia="仿宋" w:hAnsi="Times New Roman"/>
          <w:sz w:val="28"/>
          <w:lang w:eastAsia="zh-CN"/>
        </w:rPr>
        <w:t>联系人：陈贤硕；材料报送：机电工程学院学生工作办公室。</w:t>
      </w:r>
    </w:p>
    <w:p w14:paraId="4906BDBB" w14:textId="77777777" w:rsidR="001463D1" w:rsidRDefault="00000000" w:rsidP="00A66F8C">
      <w:pPr>
        <w:spacing w:before="40" w:after="0" w:line="269" w:lineRule="auto"/>
        <w:jc w:val="both"/>
        <w:rPr>
          <w:rFonts w:ascii="Times New Roman" w:eastAsia="仿宋" w:hAnsi="Times New Roman"/>
          <w:sz w:val="28"/>
          <w:lang w:eastAsia="zh-CN"/>
        </w:rPr>
      </w:pPr>
      <w:r>
        <w:rPr>
          <w:rFonts w:ascii="Times New Roman" w:eastAsia="仿宋" w:hAnsi="Times New Roman"/>
          <w:sz w:val="28"/>
          <w:lang w:eastAsia="zh-CN"/>
        </w:rPr>
        <w:t>附件：机电工程学院</w:t>
      </w:r>
      <w:r>
        <w:rPr>
          <w:rFonts w:ascii="Times New Roman" w:eastAsia="仿宋" w:hAnsi="Times New Roman"/>
          <w:sz w:val="28"/>
          <w:lang w:eastAsia="zh-CN"/>
        </w:rPr>
        <w:t>2027</w:t>
      </w:r>
      <w:r>
        <w:rPr>
          <w:rFonts w:ascii="Times New Roman" w:eastAsia="仿宋" w:hAnsi="Times New Roman"/>
          <w:sz w:val="28"/>
          <w:lang w:eastAsia="zh-CN"/>
        </w:rPr>
        <w:t>届毕业生简历设计大赛评分标准</w:t>
      </w:r>
    </w:p>
    <w:p w14:paraId="188AFAED" w14:textId="77777777" w:rsidR="00A66F8C" w:rsidRDefault="00A66F8C" w:rsidP="00A66F8C">
      <w:pPr>
        <w:spacing w:before="40" w:after="0" w:line="269" w:lineRule="auto"/>
        <w:jc w:val="both"/>
        <w:rPr>
          <w:rFonts w:ascii="Times New Roman" w:eastAsia="仿宋" w:hAnsi="Times New Roman"/>
          <w:sz w:val="28"/>
          <w:lang w:eastAsia="zh-CN"/>
        </w:rPr>
      </w:pPr>
    </w:p>
    <w:p w14:paraId="0D49D27F" w14:textId="77777777" w:rsidR="00A66F8C" w:rsidRDefault="00A66F8C" w:rsidP="00A66F8C">
      <w:pPr>
        <w:spacing w:before="40" w:after="0" w:line="269" w:lineRule="auto"/>
        <w:jc w:val="both"/>
        <w:rPr>
          <w:rFonts w:ascii="Times New Roman" w:eastAsia="仿宋" w:hAnsi="Times New Roman"/>
          <w:sz w:val="28"/>
          <w:lang w:eastAsia="zh-CN"/>
        </w:rPr>
      </w:pPr>
    </w:p>
    <w:p w14:paraId="056955AB" w14:textId="77777777" w:rsidR="00A66F8C" w:rsidRDefault="00A66F8C" w:rsidP="00A66F8C">
      <w:pPr>
        <w:spacing w:before="40" w:after="0" w:line="269" w:lineRule="auto"/>
        <w:jc w:val="both"/>
        <w:rPr>
          <w:rFonts w:ascii="Times New Roman" w:eastAsia="仿宋" w:hAnsi="Times New Roman"/>
          <w:sz w:val="28"/>
          <w:lang w:eastAsia="zh-CN"/>
        </w:rPr>
      </w:pPr>
    </w:p>
    <w:p w14:paraId="4B6B3B34" w14:textId="77777777" w:rsidR="00A66F8C" w:rsidRDefault="00A66F8C" w:rsidP="00A66F8C">
      <w:pPr>
        <w:spacing w:before="40" w:after="0" w:line="269" w:lineRule="auto"/>
        <w:jc w:val="both"/>
        <w:rPr>
          <w:rFonts w:ascii="Times New Roman" w:eastAsia="仿宋" w:hAnsi="Times New Roman"/>
          <w:sz w:val="28"/>
          <w:lang w:eastAsia="zh-CN"/>
        </w:rPr>
      </w:pPr>
    </w:p>
    <w:p w14:paraId="6847A806" w14:textId="77777777" w:rsidR="00A66F8C" w:rsidRDefault="00A66F8C" w:rsidP="00A66F8C">
      <w:pPr>
        <w:spacing w:before="40" w:after="0" w:line="269" w:lineRule="auto"/>
        <w:jc w:val="both"/>
        <w:rPr>
          <w:rFonts w:ascii="Times New Roman" w:eastAsia="仿宋" w:hAnsi="Times New Roman"/>
          <w:sz w:val="28"/>
          <w:lang w:eastAsia="zh-CN"/>
        </w:rPr>
      </w:pPr>
    </w:p>
    <w:p w14:paraId="159D515A" w14:textId="77777777" w:rsidR="00A66F8C" w:rsidRPr="00A66F8C" w:rsidRDefault="00A66F8C" w:rsidP="00A66F8C">
      <w:pPr>
        <w:spacing w:before="40" w:after="0" w:line="269" w:lineRule="auto"/>
        <w:jc w:val="both"/>
        <w:rPr>
          <w:lang w:eastAsia="zh-CN"/>
        </w:rPr>
      </w:pPr>
    </w:p>
    <w:p w14:paraId="22A98B9F" w14:textId="77777777" w:rsidR="001463D1" w:rsidRDefault="00000000" w:rsidP="00A66F8C">
      <w:pPr>
        <w:spacing w:before="60" w:after="0" w:line="259" w:lineRule="auto"/>
        <w:jc w:val="right"/>
        <w:rPr>
          <w:lang w:eastAsia="zh-CN"/>
        </w:rPr>
      </w:pPr>
      <w:r>
        <w:rPr>
          <w:rFonts w:ascii="Times New Roman" w:eastAsia="仿宋" w:hAnsi="Times New Roman"/>
          <w:sz w:val="28"/>
          <w:lang w:eastAsia="zh-CN"/>
        </w:rPr>
        <w:t>机电工程学院</w:t>
      </w:r>
    </w:p>
    <w:p w14:paraId="5D5E20B0" w14:textId="77777777" w:rsidR="001463D1" w:rsidRDefault="00000000" w:rsidP="00A66F8C">
      <w:pPr>
        <w:spacing w:after="0" w:line="259" w:lineRule="auto"/>
        <w:jc w:val="right"/>
        <w:rPr>
          <w:lang w:eastAsia="zh-CN"/>
        </w:rPr>
      </w:pPr>
      <w:r>
        <w:rPr>
          <w:rFonts w:ascii="Times New Roman" w:eastAsia="仿宋" w:hAnsi="Times New Roman"/>
          <w:sz w:val="28"/>
          <w:lang w:eastAsia="zh-CN"/>
        </w:rPr>
        <w:t>2026</w:t>
      </w:r>
      <w:r>
        <w:rPr>
          <w:rFonts w:ascii="Times New Roman" w:eastAsia="仿宋" w:hAnsi="Times New Roman"/>
          <w:sz w:val="28"/>
          <w:lang w:eastAsia="zh-CN"/>
        </w:rPr>
        <w:t>年</w:t>
      </w:r>
      <w:r>
        <w:rPr>
          <w:rFonts w:ascii="Times New Roman" w:eastAsia="仿宋" w:hAnsi="Times New Roman"/>
          <w:sz w:val="28"/>
          <w:lang w:eastAsia="zh-CN"/>
        </w:rPr>
        <w:t>8</w:t>
      </w:r>
      <w:r>
        <w:rPr>
          <w:rFonts w:ascii="Times New Roman" w:eastAsia="仿宋" w:hAnsi="Times New Roman"/>
          <w:sz w:val="28"/>
          <w:lang w:eastAsia="zh-CN"/>
        </w:rPr>
        <w:t>月</w:t>
      </w:r>
      <w:r>
        <w:rPr>
          <w:rFonts w:ascii="Times New Roman" w:eastAsia="仿宋" w:hAnsi="Times New Roman"/>
          <w:sz w:val="28"/>
          <w:lang w:eastAsia="zh-CN"/>
        </w:rPr>
        <w:t>31</w:t>
      </w:r>
      <w:r>
        <w:rPr>
          <w:rFonts w:ascii="Times New Roman" w:eastAsia="仿宋" w:hAnsi="Times New Roman"/>
          <w:sz w:val="28"/>
          <w:lang w:eastAsia="zh-CN"/>
        </w:rPr>
        <w:t>日</w:t>
      </w:r>
    </w:p>
    <w:p w14:paraId="7F18D62D" w14:textId="77777777" w:rsidR="001463D1" w:rsidRDefault="00000000" w:rsidP="00A66F8C">
      <w:pPr>
        <w:jc w:val="both"/>
        <w:rPr>
          <w:lang w:eastAsia="zh-CN"/>
        </w:rPr>
      </w:pPr>
      <w:r>
        <w:rPr>
          <w:lang w:eastAsia="zh-CN"/>
        </w:rPr>
        <w:br w:type="page"/>
      </w:r>
    </w:p>
    <w:p w14:paraId="76DD7F2B" w14:textId="77777777" w:rsidR="001463D1" w:rsidRDefault="00000000" w:rsidP="00A66F8C">
      <w:pPr>
        <w:spacing w:after="40" w:line="240" w:lineRule="auto"/>
        <w:jc w:val="both"/>
        <w:rPr>
          <w:lang w:eastAsia="zh-CN"/>
        </w:rPr>
      </w:pPr>
      <w:r>
        <w:rPr>
          <w:rFonts w:ascii="Times New Roman" w:eastAsia="仿宋" w:hAnsi="Times New Roman"/>
          <w:sz w:val="27"/>
          <w:lang w:eastAsia="zh-CN"/>
        </w:rPr>
        <w:lastRenderedPageBreak/>
        <w:t>附件：</w:t>
      </w:r>
    </w:p>
    <w:p w14:paraId="2A649A85" w14:textId="77777777" w:rsidR="001463D1" w:rsidRDefault="00000000" w:rsidP="00A66F8C">
      <w:pPr>
        <w:spacing w:after="100" w:line="252" w:lineRule="auto"/>
        <w:jc w:val="center"/>
        <w:rPr>
          <w:lang w:eastAsia="zh-CN"/>
        </w:rPr>
      </w:pPr>
      <w:r>
        <w:rPr>
          <w:rFonts w:ascii="Times New Roman" w:eastAsia="黑体" w:hAnsi="Times New Roman"/>
          <w:b/>
          <w:sz w:val="32"/>
          <w:lang w:eastAsia="zh-CN"/>
        </w:rPr>
        <w:t>机电工程学院</w:t>
      </w:r>
      <w:r>
        <w:rPr>
          <w:rFonts w:ascii="Times New Roman" w:eastAsia="黑体" w:hAnsi="Times New Roman"/>
          <w:b/>
          <w:sz w:val="32"/>
          <w:lang w:eastAsia="zh-CN"/>
        </w:rPr>
        <w:t>2027</w:t>
      </w:r>
      <w:r>
        <w:rPr>
          <w:rFonts w:ascii="Times New Roman" w:eastAsia="黑体" w:hAnsi="Times New Roman"/>
          <w:b/>
          <w:sz w:val="32"/>
          <w:lang w:eastAsia="zh-CN"/>
        </w:rPr>
        <w:t>届毕业生简历设计大赛评分标准</w:t>
      </w:r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2547"/>
        <w:gridCol w:w="5103"/>
        <w:gridCol w:w="1802"/>
      </w:tblGrid>
      <w:tr w:rsidR="001463D1" w:rsidRPr="00A66F8C" w14:paraId="7B44B3F2" w14:textId="77777777" w:rsidTr="00A66F8C">
        <w:trPr>
          <w:trHeight w:val="583"/>
          <w:jc w:val="center"/>
        </w:trPr>
        <w:tc>
          <w:tcPr>
            <w:tcW w:w="2547" w:type="dxa"/>
            <w:shd w:val="clear" w:color="auto" w:fill="D9EA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088AA91" w14:textId="77777777" w:rsidR="001463D1" w:rsidRPr="00A66F8C" w:rsidRDefault="00000000" w:rsidP="00A66F8C">
            <w:pPr>
              <w:jc w:val="center"/>
              <w:rPr>
                <w:sz w:val="21"/>
                <w:szCs w:val="21"/>
              </w:rPr>
            </w:pPr>
            <w:proofErr w:type="spellStart"/>
            <w:r w:rsidRPr="00A66F8C">
              <w:rPr>
                <w:rFonts w:ascii="Times New Roman" w:eastAsia="宋体" w:hAnsi="Times New Roman"/>
                <w:b/>
                <w:sz w:val="21"/>
                <w:szCs w:val="21"/>
              </w:rPr>
              <w:t>一级指标</w:t>
            </w:r>
            <w:proofErr w:type="spellEnd"/>
          </w:p>
        </w:tc>
        <w:tc>
          <w:tcPr>
            <w:tcW w:w="5103" w:type="dxa"/>
            <w:shd w:val="clear" w:color="auto" w:fill="D9EA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6047D1A" w14:textId="77777777" w:rsidR="001463D1" w:rsidRPr="00A66F8C" w:rsidRDefault="00000000" w:rsidP="00A66F8C">
            <w:pPr>
              <w:jc w:val="center"/>
              <w:rPr>
                <w:sz w:val="21"/>
                <w:szCs w:val="21"/>
              </w:rPr>
            </w:pPr>
            <w:r w:rsidRPr="00A66F8C">
              <w:rPr>
                <w:rFonts w:ascii="Times New Roman" w:eastAsia="宋体" w:hAnsi="Times New Roman"/>
                <w:b/>
                <w:sz w:val="21"/>
                <w:szCs w:val="21"/>
              </w:rPr>
              <w:t>二级指标及评分要点</w:t>
            </w:r>
          </w:p>
        </w:tc>
        <w:tc>
          <w:tcPr>
            <w:tcW w:w="1802" w:type="dxa"/>
            <w:shd w:val="clear" w:color="auto" w:fill="D9EA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540352C" w14:textId="77777777" w:rsidR="001463D1" w:rsidRPr="00A66F8C" w:rsidRDefault="00000000" w:rsidP="00A66F8C">
            <w:pPr>
              <w:jc w:val="center"/>
              <w:rPr>
                <w:sz w:val="21"/>
                <w:szCs w:val="21"/>
              </w:rPr>
            </w:pPr>
            <w:r w:rsidRPr="00A66F8C">
              <w:rPr>
                <w:rFonts w:ascii="Times New Roman" w:eastAsia="宋体" w:hAnsi="Times New Roman"/>
                <w:b/>
                <w:sz w:val="21"/>
                <w:szCs w:val="21"/>
              </w:rPr>
              <w:t>分值</w:t>
            </w:r>
          </w:p>
        </w:tc>
      </w:tr>
      <w:tr w:rsidR="001463D1" w:rsidRPr="00A66F8C" w14:paraId="4EFCB225" w14:textId="77777777" w:rsidTr="00A66F8C">
        <w:trPr>
          <w:jc w:val="center"/>
        </w:trPr>
        <w:tc>
          <w:tcPr>
            <w:tcW w:w="2547" w:type="dxa"/>
            <w:vMerge w:val="restar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757EFFA" w14:textId="2005D91B" w:rsidR="001463D1" w:rsidRPr="00A66F8C" w:rsidRDefault="00000000" w:rsidP="00A66F8C">
            <w:pPr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 w:rsidRPr="00A66F8C">
              <w:rPr>
                <w:rFonts w:ascii="Times New Roman" w:eastAsia="宋体" w:hAnsi="Times New Roman"/>
                <w:sz w:val="21"/>
                <w:szCs w:val="21"/>
              </w:rPr>
              <w:t>一、简历规范（</w:t>
            </w:r>
            <w:r w:rsidRPr="00A66F8C">
              <w:rPr>
                <w:rFonts w:ascii="Times New Roman" w:eastAsia="宋体" w:hAnsi="Times New Roman"/>
                <w:sz w:val="21"/>
                <w:szCs w:val="21"/>
              </w:rPr>
              <w:t>20</w:t>
            </w:r>
            <w:r w:rsidRPr="00A66F8C">
              <w:rPr>
                <w:rFonts w:ascii="Times New Roman" w:eastAsia="宋体" w:hAnsi="Times New Roman"/>
                <w:sz w:val="21"/>
                <w:szCs w:val="21"/>
              </w:rPr>
              <w:t>分）</w:t>
            </w:r>
          </w:p>
        </w:tc>
        <w:tc>
          <w:tcPr>
            <w:tcW w:w="5103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39E24A2" w14:textId="77777777" w:rsidR="001463D1" w:rsidRPr="00A66F8C" w:rsidRDefault="00000000" w:rsidP="00A66F8C">
            <w:pPr>
              <w:jc w:val="both"/>
              <w:rPr>
                <w:sz w:val="21"/>
                <w:szCs w:val="21"/>
                <w:lang w:eastAsia="zh-CN"/>
              </w:rPr>
            </w:pPr>
            <w:r w:rsidRPr="00A66F8C">
              <w:rPr>
                <w:rFonts w:ascii="Times New Roman" w:eastAsia="宋体" w:hAnsi="Times New Roman"/>
                <w:sz w:val="21"/>
                <w:szCs w:val="21"/>
                <w:lang w:eastAsia="zh-CN"/>
              </w:rPr>
              <w:t>版面设计：整体简洁大方，层次清晰，字体字号协调，重点突出，阅读体验良好。</w:t>
            </w:r>
          </w:p>
        </w:tc>
        <w:tc>
          <w:tcPr>
            <w:tcW w:w="1802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4F03A63" w14:textId="77777777" w:rsidR="001463D1" w:rsidRPr="00A66F8C" w:rsidRDefault="00000000" w:rsidP="00A66F8C">
            <w:pPr>
              <w:jc w:val="center"/>
              <w:rPr>
                <w:sz w:val="21"/>
                <w:szCs w:val="21"/>
              </w:rPr>
            </w:pPr>
            <w:r w:rsidRPr="00A66F8C">
              <w:rPr>
                <w:rFonts w:ascii="Times New Roman" w:eastAsia="宋体" w:hAnsi="Times New Roman"/>
                <w:sz w:val="21"/>
                <w:szCs w:val="21"/>
              </w:rPr>
              <w:t>10</w:t>
            </w:r>
          </w:p>
        </w:tc>
      </w:tr>
      <w:tr w:rsidR="001463D1" w:rsidRPr="00A66F8C" w14:paraId="561895C2" w14:textId="77777777" w:rsidTr="00A66F8C">
        <w:trPr>
          <w:jc w:val="center"/>
        </w:trPr>
        <w:tc>
          <w:tcPr>
            <w:tcW w:w="2547" w:type="dxa"/>
            <w:vMerge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F4B0889" w14:textId="77777777" w:rsidR="001463D1" w:rsidRPr="00A66F8C" w:rsidRDefault="001463D1" w:rsidP="00A66F8C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103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C935A79" w14:textId="77777777" w:rsidR="001463D1" w:rsidRPr="00A66F8C" w:rsidRDefault="00000000" w:rsidP="00A66F8C">
            <w:pPr>
              <w:jc w:val="both"/>
              <w:rPr>
                <w:sz w:val="21"/>
                <w:szCs w:val="21"/>
                <w:lang w:eastAsia="zh-CN"/>
              </w:rPr>
            </w:pPr>
            <w:r w:rsidRPr="00A66F8C">
              <w:rPr>
                <w:rFonts w:ascii="Times New Roman" w:eastAsia="宋体" w:hAnsi="Times New Roman"/>
                <w:sz w:val="21"/>
                <w:szCs w:val="21"/>
                <w:lang w:eastAsia="zh-CN"/>
              </w:rPr>
              <w:t>文字表达：语言准确精炼，逻辑清楚，标点和格式规范，无明显错别字。</w:t>
            </w:r>
          </w:p>
        </w:tc>
        <w:tc>
          <w:tcPr>
            <w:tcW w:w="1802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C027A40" w14:textId="77777777" w:rsidR="001463D1" w:rsidRPr="00A66F8C" w:rsidRDefault="00000000" w:rsidP="00A66F8C">
            <w:pPr>
              <w:jc w:val="center"/>
              <w:rPr>
                <w:sz w:val="21"/>
                <w:szCs w:val="21"/>
              </w:rPr>
            </w:pPr>
            <w:r w:rsidRPr="00A66F8C">
              <w:rPr>
                <w:rFonts w:ascii="Times New Roman" w:eastAsia="宋体" w:hAnsi="Times New Roman"/>
                <w:sz w:val="21"/>
                <w:szCs w:val="21"/>
              </w:rPr>
              <w:t>10</w:t>
            </w:r>
          </w:p>
        </w:tc>
      </w:tr>
      <w:tr w:rsidR="001463D1" w:rsidRPr="00A66F8C" w14:paraId="01AF67CA" w14:textId="77777777" w:rsidTr="00A66F8C">
        <w:trPr>
          <w:jc w:val="center"/>
        </w:trPr>
        <w:tc>
          <w:tcPr>
            <w:tcW w:w="2547" w:type="dxa"/>
            <w:vMerge w:val="restar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1AE785F" w14:textId="4A7B98DF" w:rsidR="001463D1" w:rsidRPr="00A66F8C" w:rsidRDefault="00000000" w:rsidP="00A66F8C">
            <w:pPr>
              <w:jc w:val="center"/>
              <w:rPr>
                <w:sz w:val="21"/>
                <w:szCs w:val="21"/>
              </w:rPr>
            </w:pPr>
            <w:r w:rsidRPr="00A66F8C">
              <w:rPr>
                <w:rFonts w:ascii="Times New Roman" w:eastAsia="宋体" w:hAnsi="Times New Roman"/>
                <w:sz w:val="21"/>
                <w:szCs w:val="21"/>
              </w:rPr>
              <w:t>二、简历内容（</w:t>
            </w:r>
            <w:r w:rsidRPr="00A66F8C">
              <w:rPr>
                <w:rFonts w:ascii="Times New Roman" w:eastAsia="宋体" w:hAnsi="Times New Roman"/>
                <w:sz w:val="21"/>
                <w:szCs w:val="21"/>
              </w:rPr>
              <w:t>30</w:t>
            </w:r>
            <w:r w:rsidRPr="00A66F8C">
              <w:rPr>
                <w:rFonts w:ascii="Times New Roman" w:eastAsia="宋体" w:hAnsi="Times New Roman"/>
                <w:sz w:val="21"/>
                <w:szCs w:val="21"/>
              </w:rPr>
              <w:t>分）</w:t>
            </w:r>
          </w:p>
        </w:tc>
        <w:tc>
          <w:tcPr>
            <w:tcW w:w="5103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D4CDB3B" w14:textId="77777777" w:rsidR="001463D1" w:rsidRPr="00A66F8C" w:rsidRDefault="00000000" w:rsidP="00A66F8C">
            <w:pPr>
              <w:jc w:val="both"/>
              <w:rPr>
                <w:sz w:val="21"/>
                <w:szCs w:val="21"/>
                <w:lang w:eastAsia="zh-CN"/>
              </w:rPr>
            </w:pPr>
            <w:r w:rsidRPr="00A66F8C">
              <w:rPr>
                <w:rFonts w:ascii="Times New Roman" w:eastAsia="宋体" w:hAnsi="Times New Roman"/>
                <w:sz w:val="21"/>
                <w:szCs w:val="21"/>
                <w:lang w:eastAsia="zh-CN"/>
              </w:rPr>
              <w:t>基本信息与教育背景：信息完整适度，专业、学历、核心课程等与求职目标相关。</w:t>
            </w:r>
          </w:p>
        </w:tc>
        <w:tc>
          <w:tcPr>
            <w:tcW w:w="1802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883570E" w14:textId="77777777" w:rsidR="001463D1" w:rsidRPr="00A66F8C" w:rsidRDefault="00000000" w:rsidP="00A66F8C">
            <w:pPr>
              <w:jc w:val="center"/>
              <w:rPr>
                <w:sz w:val="21"/>
                <w:szCs w:val="21"/>
              </w:rPr>
            </w:pPr>
            <w:r w:rsidRPr="00A66F8C">
              <w:rPr>
                <w:rFonts w:ascii="Times New Roman" w:eastAsia="宋体" w:hAnsi="Times New Roman"/>
                <w:sz w:val="21"/>
                <w:szCs w:val="21"/>
              </w:rPr>
              <w:t>10</w:t>
            </w:r>
          </w:p>
        </w:tc>
      </w:tr>
      <w:tr w:rsidR="001463D1" w:rsidRPr="00A66F8C" w14:paraId="6487C9AA" w14:textId="77777777" w:rsidTr="00A66F8C">
        <w:trPr>
          <w:jc w:val="center"/>
        </w:trPr>
        <w:tc>
          <w:tcPr>
            <w:tcW w:w="2547" w:type="dxa"/>
            <w:vMerge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12D7099" w14:textId="77777777" w:rsidR="001463D1" w:rsidRPr="00A66F8C" w:rsidRDefault="001463D1" w:rsidP="00A66F8C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103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7456A9D" w14:textId="77777777" w:rsidR="001463D1" w:rsidRPr="00A66F8C" w:rsidRDefault="00000000" w:rsidP="00A66F8C">
            <w:pPr>
              <w:jc w:val="both"/>
              <w:rPr>
                <w:sz w:val="21"/>
                <w:szCs w:val="21"/>
                <w:lang w:eastAsia="zh-CN"/>
              </w:rPr>
            </w:pPr>
            <w:r w:rsidRPr="00A66F8C">
              <w:rPr>
                <w:rFonts w:ascii="Times New Roman" w:eastAsia="宋体" w:hAnsi="Times New Roman"/>
                <w:sz w:val="21"/>
                <w:szCs w:val="21"/>
                <w:lang w:eastAsia="zh-CN"/>
              </w:rPr>
              <w:t>实践与项目经历：经历真实，职责和成果表达具体，能够体现专业能力和实践能力。</w:t>
            </w:r>
          </w:p>
        </w:tc>
        <w:tc>
          <w:tcPr>
            <w:tcW w:w="1802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D17C907" w14:textId="77777777" w:rsidR="001463D1" w:rsidRPr="00A66F8C" w:rsidRDefault="00000000" w:rsidP="00A66F8C">
            <w:pPr>
              <w:jc w:val="center"/>
              <w:rPr>
                <w:sz w:val="21"/>
                <w:szCs w:val="21"/>
              </w:rPr>
            </w:pPr>
            <w:r w:rsidRPr="00A66F8C">
              <w:rPr>
                <w:rFonts w:ascii="Times New Roman" w:eastAsia="宋体" w:hAnsi="Times New Roman"/>
                <w:sz w:val="21"/>
                <w:szCs w:val="21"/>
              </w:rPr>
              <w:t>10</w:t>
            </w:r>
          </w:p>
        </w:tc>
      </w:tr>
      <w:tr w:rsidR="001463D1" w:rsidRPr="00A66F8C" w14:paraId="098553A9" w14:textId="77777777" w:rsidTr="00A66F8C">
        <w:trPr>
          <w:jc w:val="center"/>
        </w:trPr>
        <w:tc>
          <w:tcPr>
            <w:tcW w:w="2547" w:type="dxa"/>
            <w:vMerge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8505A78" w14:textId="77777777" w:rsidR="001463D1" w:rsidRPr="00A66F8C" w:rsidRDefault="001463D1" w:rsidP="00A66F8C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103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DAB9405" w14:textId="77777777" w:rsidR="001463D1" w:rsidRPr="00A66F8C" w:rsidRDefault="00000000" w:rsidP="00A66F8C">
            <w:pPr>
              <w:jc w:val="both"/>
              <w:rPr>
                <w:sz w:val="21"/>
                <w:szCs w:val="21"/>
                <w:lang w:eastAsia="zh-CN"/>
              </w:rPr>
            </w:pPr>
            <w:r w:rsidRPr="00A66F8C">
              <w:rPr>
                <w:rFonts w:ascii="Times New Roman" w:eastAsia="宋体" w:hAnsi="Times New Roman"/>
                <w:sz w:val="21"/>
                <w:szCs w:val="21"/>
                <w:lang w:eastAsia="zh-CN"/>
              </w:rPr>
              <w:t>技能、证书与荣誉：与目标岗位相关，信息准确，重点突出。</w:t>
            </w:r>
          </w:p>
        </w:tc>
        <w:tc>
          <w:tcPr>
            <w:tcW w:w="1802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A5A6945" w14:textId="77777777" w:rsidR="001463D1" w:rsidRPr="00A66F8C" w:rsidRDefault="00000000" w:rsidP="00A66F8C">
            <w:pPr>
              <w:jc w:val="center"/>
              <w:rPr>
                <w:sz w:val="21"/>
                <w:szCs w:val="21"/>
              </w:rPr>
            </w:pPr>
            <w:r w:rsidRPr="00A66F8C">
              <w:rPr>
                <w:rFonts w:ascii="Times New Roman" w:eastAsia="宋体" w:hAnsi="Times New Roman"/>
                <w:sz w:val="21"/>
                <w:szCs w:val="21"/>
              </w:rPr>
              <w:t>10</w:t>
            </w:r>
          </w:p>
        </w:tc>
      </w:tr>
      <w:tr w:rsidR="001463D1" w:rsidRPr="00A66F8C" w14:paraId="614E1AEB" w14:textId="77777777" w:rsidTr="00A66F8C">
        <w:trPr>
          <w:jc w:val="center"/>
        </w:trPr>
        <w:tc>
          <w:tcPr>
            <w:tcW w:w="2547" w:type="dxa"/>
            <w:vMerge w:val="restar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C2BC30C" w14:textId="7AE66DE8" w:rsidR="001463D1" w:rsidRPr="00A66F8C" w:rsidRDefault="00000000" w:rsidP="00A66F8C">
            <w:pPr>
              <w:jc w:val="center"/>
              <w:rPr>
                <w:sz w:val="21"/>
                <w:szCs w:val="21"/>
              </w:rPr>
            </w:pPr>
            <w:r w:rsidRPr="00A66F8C">
              <w:rPr>
                <w:rFonts w:ascii="Times New Roman" w:eastAsia="宋体" w:hAnsi="Times New Roman"/>
                <w:sz w:val="21"/>
                <w:szCs w:val="21"/>
              </w:rPr>
              <w:t>三、岗位匹配（</w:t>
            </w:r>
            <w:r w:rsidRPr="00A66F8C">
              <w:rPr>
                <w:rFonts w:ascii="Times New Roman" w:eastAsia="宋体" w:hAnsi="Times New Roman"/>
                <w:sz w:val="21"/>
                <w:szCs w:val="21"/>
              </w:rPr>
              <w:t>30</w:t>
            </w:r>
            <w:r w:rsidRPr="00A66F8C">
              <w:rPr>
                <w:rFonts w:ascii="Times New Roman" w:eastAsia="宋体" w:hAnsi="Times New Roman"/>
                <w:sz w:val="21"/>
                <w:szCs w:val="21"/>
              </w:rPr>
              <w:t>分）</w:t>
            </w:r>
          </w:p>
        </w:tc>
        <w:tc>
          <w:tcPr>
            <w:tcW w:w="5103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5E68C2F" w14:textId="77777777" w:rsidR="001463D1" w:rsidRPr="00A66F8C" w:rsidRDefault="00000000" w:rsidP="00A66F8C">
            <w:pPr>
              <w:jc w:val="both"/>
              <w:rPr>
                <w:sz w:val="21"/>
                <w:szCs w:val="21"/>
                <w:lang w:eastAsia="zh-CN"/>
              </w:rPr>
            </w:pPr>
            <w:r w:rsidRPr="00A66F8C">
              <w:rPr>
                <w:rFonts w:ascii="Times New Roman" w:eastAsia="宋体" w:hAnsi="Times New Roman"/>
                <w:sz w:val="21"/>
                <w:szCs w:val="21"/>
                <w:lang w:eastAsia="zh-CN"/>
              </w:rPr>
              <w:t>求职目标：目标岗位明确，定位合理。</w:t>
            </w:r>
          </w:p>
        </w:tc>
        <w:tc>
          <w:tcPr>
            <w:tcW w:w="1802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89CC568" w14:textId="77777777" w:rsidR="001463D1" w:rsidRPr="00A66F8C" w:rsidRDefault="00000000" w:rsidP="00A66F8C">
            <w:pPr>
              <w:jc w:val="center"/>
              <w:rPr>
                <w:sz w:val="21"/>
                <w:szCs w:val="21"/>
              </w:rPr>
            </w:pPr>
            <w:r w:rsidRPr="00A66F8C">
              <w:rPr>
                <w:rFonts w:ascii="Times New Roman" w:eastAsia="宋体" w:hAnsi="Times New Roman"/>
                <w:sz w:val="21"/>
                <w:szCs w:val="21"/>
              </w:rPr>
              <w:t>10</w:t>
            </w:r>
          </w:p>
        </w:tc>
      </w:tr>
      <w:tr w:rsidR="001463D1" w:rsidRPr="00A66F8C" w14:paraId="552A1406" w14:textId="77777777" w:rsidTr="00A66F8C">
        <w:trPr>
          <w:jc w:val="center"/>
        </w:trPr>
        <w:tc>
          <w:tcPr>
            <w:tcW w:w="2547" w:type="dxa"/>
            <w:vMerge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C6B980B" w14:textId="77777777" w:rsidR="001463D1" w:rsidRPr="00A66F8C" w:rsidRDefault="001463D1" w:rsidP="00A66F8C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103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6B49C57" w14:textId="77777777" w:rsidR="001463D1" w:rsidRPr="00A66F8C" w:rsidRDefault="00000000" w:rsidP="00A66F8C">
            <w:pPr>
              <w:jc w:val="both"/>
              <w:rPr>
                <w:sz w:val="21"/>
                <w:szCs w:val="21"/>
                <w:lang w:eastAsia="zh-CN"/>
              </w:rPr>
            </w:pPr>
            <w:r w:rsidRPr="00A66F8C">
              <w:rPr>
                <w:rFonts w:ascii="Times New Roman" w:eastAsia="宋体" w:hAnsi="Times New Roman"/>
                <w:sz w:val="21"/>
                <w:szCs w:val="21"/>
                <w:lang w:eastAsia="zh-CN"/>
              </w:rPr>
              <w:t>人岗匹配：专业背景、实践经历、技能特长与目标岗位要求匹配度较高。</w:t>
            </w:r>
          </w:p>
        </w:tc>
        <w:tc>
          <w:tcPr>
            <w:tcW w:w="1802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9DE6DE1" w14:textId="77777777" w:rsidR="001463D1" w:rsidRPr="00A66F8C" w:rsidRDefault="00000000" w:rsidP="00A66F8C">
            <w:pPr>
              <w:jc w:val="center"/>
              <w:rPr>
                <w:sz w:val="21"/>
                <w:szCs w:val="21"/>
              </w:rPr>
            </w:pPr>
            <w:r w:rsidRPr="00A66F8C">
              <w:rPr>
                <w:rFonts w:ascii="Times New Roman" w:eastAsia="宋体" w:hAnsi="Times New Roman"/>
                <w:sz w:val="21"/>
                <w:szCs w:val="21"/>
              </w:rPr>
              <w:t>15</w:t>
            </w:r>
          </w:p>
        </w:tc>
      </w:tr>
      <w:tr w:rsidR="001463D1" w:rsidRPr="00A66F8C" w14:paraId="50456375" w14:textId="77777777" w:rsidTr="00A66F8C">
        <w:trPr>
          <w:jc w:val="center"/>
        </w:trPr>
        <w:tc>
          <w:tcPr>
            <w:tcW w:w="2547" w:type="dxa"/>
            <w:vMerge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A4F085D" w14:textId="77777777" w:rsidR="001463D1" w:rsidRPr="00A66F8C" w:rsidRDefault="001463D1" w:rsidP="00A66F8C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103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500BDFD" w14:textId="77777777" w:rsidR="001463D1" w:rsidRPr="00A66F8C" w:rsidRDefault="00000000" w:rsidP="00A66F8C">
            <w:pPr>
              <w:jc w:val="both"/>
              <w:rPr>
                <w:sz w:val="21"/>
                <w:szCs w:val="21"/>
                <w:lang w:eastAsia="zh-CN"/>
              </w:rPr>
            </w:pPr>
            <w:r w:rsidRPr="00A66F8C">
              <w:rPr>
                <w:rFonts w:ascii="Times New Roman" w:eastAsia="宋体" w:hAnsi="Times New Roman"/>
                <w:sz w:val="21"/>
                <w:szCs w:val="21"/>
                <w:lang w:eastAsia="zh-CN"/>
              </w:rPr>
              <w:t>岗位关键词：能够围绕目标岗位提炼并呈现核心能力和关键词。</w:t>
            </w:r>
          </w:p>
        </w:tc>
        <w:tc>
          <w:tcPr>
            <w:tcW w:w="1802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8856376" w14:textId="77777777" w:rsidR="001463D1" w:rsidRPr="00A66F8C" w:rsidRDefault="00000000" w:rsidP="00A66F8C">
            <w:pPr>
              <w:jc w:val="center"/>
              <w:rPr>
                <w:sz w:val="21"/>
                <w:szCs w:val="21"/>
              </w:rPr>
            </w:pPr>
            <w:r w:rsidRPr="00A66F8C">
              <w:rPr>
                <w:rFonts w:ascii="Times New Roman" w:eastAsia="宋体" w:hAnsi="Times New Roman"/>
                <w:sz w:val="21"/>
                <w:szCs w:val="21"/>
              </w:rPr>
              <w:t>5</w:t>
            </w:r>
          </w:p>
        </w:tc>
      </w:tr>
      <w:tr w:rsidR="001463D1" w:rsidRPr="00A66F8C" w14:paraId="4DD996B1" w14:textId="77777777" w:rsidTr="00A66F8C">
        <w:trPr>
          <w:jc w:val="center"/>
        </w:trPr>
        <w:tc>
          <w:tcPr>
            <w:tcW w:w="2547" w:type="dxa"/>
            <w:vMerge w:val="restar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61B05B2" w14:textId="03FBDB08" w:rsidR="001463D1" w:rsidRPr="00A66F8C" w:rsidRDefault="00000000" w:rsidP="00A66F8C">
            <w:pPr>
              <w:jc w:val="center"/>
              <w:rPr>
                <w:sz w:val="21"/>
                <w:szCs w:val="21"/>
              </w:rPr>
            </w:pPr>
            <w:r w:rsidRPr="00A66F8C">
              <w:rPr>
                <w:rFonts w:ascii="Times New Roman" w:eastAsia="宋体" w:hAnsi="Times New Roman"/>
                <w:sz w:val="21"/>
                <w:szCs w:val="21"/>
              </w:rPr>
              <w:t>四、优势呈现（</w:t>
            </w:r>
            <w:r w:rsidRPr="00A66F8C">
              <w:rPr>
                <w:rFonts w:ascii="Times New Roman" w:eastAsia="宋体" w:hAnsi="Times New Roman"/>
                <w:sz w:val="21"/>
                <w:szCs w:val="21"/>
              </w:rPr>
              <w:t>20</w:t>
            </w:r>
            <w:r w:rsidRPr="00A66F8C">
              <w:rPr>
                <w:rFonts w:ascii="Times New Roman" w:eastAsia="宋体" w:hAnsi="Times New Roman"/>
                <w:sz w:val="21"/>
                <w:szCs w:val="21"/>
              </w:rPr>
              <w:t>分）</w:t>
            </w:r>
          </w:p>
        </w:tc>
        <w:tc>
          <w:tcPr>
            <w:tcW w:w="5103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5B63A5C" w14:textId="77777777" w:rsidR="001463D1" w:rsidRPr="00A66F8C" w:rsidRDefault="00000000" w:rsidP="00A66F8C">
            <w:pPr>
              <w:jc w:val="both"/>
              <w:rPr>
                <w:sz w:val="21"/>
                <w:szCs w:val="21"/>
                <w:lang w:eastAsia="zh-CN"/>
              </w:rPr>
            </w:pPr>
            <w:r w:rsidRPr="00A66F8C">
              <w:rPr>
                <w:rFonts w:ascii="Times New Roman" w:eastAsia="宋体" w:hAnsi="Times New Roman"/>
                <w:sz w:val="21"/>
                <w:szCs w:val="21"/>
                <w:lang w:eastAsia="zh-CN"/>
              </w:rPr>
              <w:t>成果表达：能够通过数据、结果、作品或具体贡献呈现个人成果。</w:t>
            </w:r>
          </w:p>
        </w:tc>
        <w:tc>
          <w:tcPr>
            <w:tcW w:w="1802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AE993D7" w14:textId="77777777" w:rsidR="001463D1" w:rsidRPr="00A66F8C" w:rsidRDefault="00000000" w:rsidP="00A66F8C">
            <w:pPr>
              <w:jc w:val="center"/>
              <w:rPr>
                <w:sz w:val="21"/>
                <w:szCs w:val="21"/>
              </w:rPr>
            </w:pPr>
            <w:r w:rsidRPr="00A66F8C">
              <w:rPr>
                <w:rFonts w:ascii="Times New Roman" w:eastAsia="宋体" w:hAnsi="Times New Roman"/>
                <w:sz w:val="21"/>
                <w:szCs w:val="21"/>
              </w:rPr>
              <w:t>10</w:t>
            </w:r>
          </w:p>
        </w:tc>
      </w:tr>
      <w:tr w:rsidR="001463D1" w:rsidRPr="00A66F8C" w14:paraId="3D3767D6" w14:textId="77777777" w:rsidTr="00A66F8C">
        <w:trPr>
          <w:jc w:val="center"/>
        </w:trPr>
        <w:tc>
          <w:tcPr>
            <w:tcW w:w="2547" w:type="dxa"/>
            <w:vMerge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F76DA3F" w14:textId="77777777" w:rsidR="001463D1" w:rsidRPr="00A66F8C" w:rsidRDefault="001463D1" w:rsidP="00A66F8C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5103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D9F6379" w14:textId="77777777" w:rsidR="001463D1" w:rsidRPr="00A66F8C" w:rsidRDefault="00000000" w:rsidP="00A66F8C">
            <w:pPr>
              <w:jc w:val="both"/>
              <w:rPr>
                <w:sz w:val="21"/>
                <w:szCs w:val="21"/>
                <w:lang w:eastAsia="zh-CN"/>
              </w:rPr>
            </w:pPr>
            <w:r w:rsidRPr="00A66F8C">
              <w:rPr>
                <w:rFonts w:ascii="Times New Roman" w:eastAsia="宋体" w:hAnsi="Times New Roman"/>
                <w:sz w:val="21"/>
                <w:szCs w:val="21"/>
                <w:lang w:eastAsia="zh-CN"/>
              </w:rPr>
              <w:t>个人亮点：能够体现差异化优势，内容有重点、有辨识度。</w:t>
            </w:r>
          </w:p>
        </w:tc>
        <w:tc>
          <w:tcPr>
            <w:tcW w:w="1802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6B808D3" w14:textId="77777777" w:rsidR="001463D1" w:rsidRPr="00A66F8C" w:rsidRDefault="00000000" w:rsidP="00A66F8C">
            <w:pPr>
              <w:jc w:val="center"/>
              <w:rPr>
                <w:sz w:val="21"/>
                <w:szCs w:val="21"/>
              </w:rPr>
            </w:pPr>
            <w:r w:rsidRPr="00A66F8C">
              <w:rPr>
                <w:rFonts w:ascii="Times New Roman" w:eastAsia="宋体" w:hAnsi="Times New Roman"/>
                <w:sz w:val="21"/>
                <w:szCs w:val="21"/>
              </w:rPr>
              <w:t>5</w:t>
            </w:r>
          </w:p>
        </w:tc>
      </w:tr>
      <w:tr w:rsidR="001463D1" w:rsidRPr="00A66F8C" w14:paraId="0AAF39E1" w14:textId="77777777" w:rsidTr="00A66F8C">
        <w:trPr>
          <w:jc w:val="center"/>
        </w:trPr>
        <w:tc>
          <w:tcPr>
            <w:tcW w:w="2547" w:type="dxa"/>
            <w:vMerge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19746C6" w14:textId="77777777" w:rsidR="001463D1" w:rsidRPr="00A66F8C" w:rsidRDefault="001463D1" w:rsidP="00A66F8C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5103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382DF16" w14:textId="77777777" w:rsidR="001463D1" w:rsidRPr="00A66F8C" w:rsidRDefault="00000000" w:rsidP="00A66F8C">
            <w:pPr>
              <w:jc w:val="both"/>
              <w:rPr>
                <w:sz w:val="21"/>
                <w:szCs w:val="21"/>
                <w:lang w:eastAsia="zh-CN"/>
              </w:rPr>
            </w:pPr>
            <w:r w:rsidRPr="00A66F8C">
              <w:rPr>
                <w:rFonts w:ascii="Times New Roman" w:eastAsia="宋体" w:hAnsi="Times New Roman"/>
                <w:sz w:val="21"/>
                <w:szCs w:val="21"/>
                <w:lang w:eastAsia="zh-CN"/>
              </w:rPr>
              <w:t>真实性与完整性：信息真实、前后一致，无夸大或虚构。</w:t>
            </w:r>
          </w:p>
        </w:tc>
        <w:tc>
          <w:tcPr>
            <w:tcW w:w="1802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EB541EE" w14:textId="77777777" w:rsidR="001463D1" w:rsidRPr="00A66F8C" w:rsidRDefault="00000000" w:rsidP="00A66F8C">
            <w:pPr>
              <w:jc w:val="center"/>
              <w:rPr>
                <w:sz w:val="21"/>
                <w:szCs w:val="21"/>
              </w:rPr>
            </w:pPr>
            <w:r w:rsidRPr="00A66F8C">
              <w:rPr>
                <w:rFonts w:ascii="Times New Roman" w:eastAsia="宋体" w:hAnsi="Times New Roman"/>
                <w:sz w:val="21"/>
                <w:szCs w:val="21"/>
              </w:rPr>
              <w:t>5</w:t>
            </w:r>
          </w:p>
        </w:tc>
      </w:tr>
      <w:tr w:rsidR="001463D1" w:rsidRPr="00A66F8C" w14:paraId="593A7A89" w14:textId="77777777" w:rsidTr="00A66F8C">
        <w:trPr>
          <w:jc w:val="center"/>
        </w:trPr>
        <w:tc>
          <w:tcPr>
            <w:tcW w:w="7650" w:type="dxa"/>
            <w:gridSpan w:val="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8991757" w14:textId="700E7B86" w:rsidR="001463D1" w:rsidRPr="00A66F8C" w:rsidRDefault="00000000" w:rsidP="00A66F8C">
            <w:pPr>
              <w:jc w:val="center"/>
              <w:rPr>
                <w:sz w:val="21"/>
                <w:szCs w:val="21"/>
              </w:rPr>
            </w:pPr>
            <w:proofErr w:type="spellStart"/>
            <w:r w:rsidRPr="00A66F8C">
              <w:rPr>
                <w:rFonts w:ascii="Times New Roman" w:eastAsia="宋体" w:hAnsi="Times New Roman"/>
                <w:b/>
                <w:sz w:val="21"/>
                <w:szCs w:val="21"/>
              </w:rPr>
              <w:t>合计</w:t>
            </w:r>
            <w:proofErr w:type="spellEnd"/>
          </w:p>
        </w:tc>
        <w:tc>
          <w:tcPr>
            <w:tcW w:w="1802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42136A8" w14:textId="77777777" w:rsidR="001463D1" w:rsidRPr="00A66F8C" w:rsidRDefault="00000000" w:rsidP="00A66F8C">
            <w:pPr>
              <w:jc w:val="center"/>
              <w:rPr>
                <w:sz w:val="21"/>
                <w:szCs w:val="21"/>
              </w:rPr>
            </w:pPr>
            <w:r w:rsidRPr="00A66F8C">
              <w:rPr>
                <w:rFonts w:ascii="Times New Roman" w:eastAsia="宋体" w:hAnsi="Times New Roman"/>
                <w:b/>
                <w:sz w:val="21"/>
                <w:szCs w:val="21"/>
              </w:rPr>
              <w:t>100</w:t>
            </w:r>
          </w:p>
        </w:tc>
      </w:tr>
    </w:tbl>
    <w:p w14:paraId="337BB9C1" w14:textId="77777777" w:rsidR="00AE0A81" w:rsidRDefault="00AE0A81" w:rsidP="00A66F8C">
      <w:pPr>
        <w:jc w:val="both"/>
      </w:pPr>
    </w:p>
    <w:sectPr w:rsidR="00AE0A81" w:rsidSect="00034616">
      <w:footerReference w:type="default" r:id="rId9"/>
      <w:pgSz w:w="12240" w:h="15840"/>
      <w:pgMar w:top="1077" w:right="1332" w:bottom="1020" w:left="144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68743C" w14:textId="77777777" w:rsidR="00DB1413" w:rsidRDefault="00DB1413">
      <w:pPr>
        <w:spacing w:after="0" w:line="240" w:lineRule="auto"/>
      </w:pPr>
      <w:r>
        <w:separator/>
      </w:r>
    </w:p>
  </w:endnote>
  <w:endnote w:type="continuationSeparator" w:id="0">
    <w:p w14:paraId="7A41296E" w14:textId="77777777" w:rsidR="00DB1413" w:rsidRDefault="00DB14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5ABB60" w14:textId="77777777" w:rsidR="001463D1" w:rsidRDefault="00000000">
    <w:pPr>
      <w:pStyle w:val="a7"/>
      <w:jc w:val="center"/>
    </w:pPr>
    <w:r>
      <w:rPr>
        <w:rFonts w:ascii="Times New Roman" w:eastAsia="宋体" w:hAnsi="Times New Roman"/>
        <w:sz w:val="18"/>
      </w:rPr>
      <w:t xml:space="preserve">— </w:t>
    </w:r>
    <w:r>
      <w:rPr>
        <w:rFonts w:ascii="Times New Roman" w:eastAsia="宋体" w:hAnsi="Times New Roman"/>
        <w:sz w:val="18"/>
      </w:rPr>
      <w:fldChar w:fldCharType="begin"/>
    </w:r>
    <w:r>
      <w:rPr>
        <w:rFonts w:ascii="Times New Roman" w:eastAsia="宋体" w:hAnsi="Times New Roman"/>
        <w:sz w:val="18"/>
      </w:rPr>
      <w:instrText xml:space="preserve"> PAGE </w:instrText>
    </w:r>
    <w:r>
      <w:rPr>
        <w:rFonts w:ascii="Times New Roman" w:eastAsia="宋体" w:hAnsi="Times New Roman"/>
        <w:sz w:val="18"/>
      </w:rPr>
      <w:fldChar w:fldCharType="separate"/>
    </w:r>
    <w:r w:rsidR="00A66F8C">
      <w:rPr>
        <w:rFonts w:ascii="Times New Roman" w:eastAsia="宋体" w:hAnsi="Times New Roman"/>
        <w:noProof/>
        <w:sz w:val="18"/>
      </w:rPr>
      <w:t>1</w:t>
    </w:r>
    <w:r>
      <w:rPr>
        <w:rFonts w:ascii="Times New Roman" w:eastAsia="宋体" w:hAnsi="Times New Roman"/>
        <w:sz w:val="18"/>
      </w:rPr>
      <w:fldChar w:fldCharType="end"/>
    </w:r>
    <w:r>
      <w:rPr>
        <w:rFonts w:ascii="Times New Roman" w:eastAsia="宋体" w:hAnsi="Times New Roman"/>
        <w:sz w:val="18"/>
      </w:rPr>
      <w:t xml:space="preserve"> —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4859C8" w14:textId="77777777" w:rsidR="00DB1413" w:rsidRDefault="00DB1413">
      <w:pPr>
        <w:spacing w:after="0" w:line="240" w:lineRule="auto"/>
      </w:pPr>
      <w:r>
        <w:separator/>
      </w:r>
    </w:p>
  </w:footnote>
  <w:footnote w:type="continuationSeparator" w:id="0">
    <w:p w14:paraId="76FB1DB1" w14:textId="77777777" w:rsidR="00DB1413" w:rsidRDefault="00DB14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44535640">
    <w:abstractNumId w:val="8"/>
  </w:num>
  <w:num w:numId="2" w16cid:durableId="777523064">
    <w:abstractNumId w:val="6"/>
  </w:num>
  <w:num w:numId="3" w16cid:durableId="684982470">
    <w:abstractNumId w:val="5"/>
  </w:num>
  <w:num w:numId="4" w16cid:durableId="1196579141">
    <w:abstractNumId w:val="4"/>
  </w:num>
  <w:num w:numId="5" w16cid:durableId="909387563">
    <w:abstractNumId w:val="7"/>
  </w:num>
  <w:num w:numId="6" w16cid:durableId="1223367877">
    <w:abstractNumId w:val="3"/>
  </w:num>
  <w:num w:numId="7" w16cid:durableId="1713190763">
    <w:abstractNumId w:val="2"/>
  </w:num>
  <w:num w:numId="8" w16cid:durableId="1237204601">
    <w:abstractNumId w:val="1"/>
  </w:num>
  <w:num w:numId="9" w16cid:durableId="15252903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463D1"/>
    <w:rsid w:val="0015074B"/>
    <w:rsid w:val="0029639D"/>
    <w:rsid w:val="00326F90"/>
    <w:rsid w:val="00457537"/>
    <w:rsid w:val="004F7562"/>
    <w:rsid w:val="00636598"/>
    <w:rsid w:val="009C4AFF"/>
    <w:rsid w:val="00A66F8C"/>
    <w:rsid w:val="00AA1D8D"/>
    <w:rsid w:val="00AE0A81"/>
    <w:rsid w:val="00B47730"/>
    <w:rsid w:val="00CB0664"/>
    <w:rsid w:val="00CF0358"/>
    <w:rsid w:val="00D14DA8"/>
    <w:rsid w:val="00DB1413"/>
    <w:rsid w:val="00E2782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116898B"/>
  <w14:defaultImageDpi w14:val="300"/>
  <w15:docId w15:val="{A6D347AC-BCD1-4478-9FA7-4FC113C6B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页眉 字符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页脚 字符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标题 1 字符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标题 2 字符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标题 3 字符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标题 字符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标题 字符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正文文本 字符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正文文本 2 字符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正文文本 3 字符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宏文本 字符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 字符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标题 4 字符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标题 5 字符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标题 6 字符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标题 7 字符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标题 8 字符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标题 9 字符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明显引用 字符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1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2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3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4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5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6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7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8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f9">
    <w:name w:val="Hyperlink"/>
    <w:basedOn w:val="a2"/>
    <w:uiPriority w:val="99"/>
    <w:unhideWhenUsed/>
    <w:rsid w:val="00CF0358"/>
    <w:rPr>
      <w:color w:val="0000FF" w:themeColor="hyperlink"/>
      <w:u w:val="single"/>
    </w:rPr>
  </w:style>
  <w:style w:type="character" w:styleId="affa">
    <w:name w:val="Unresolved Mention"/>
    <w:basedOn w:val="a2"/>
    <w:uiPriority w:val="99"/>
    <w:semiHidden/>
    <w:unhideWhenUsed/>
    <w:rsid w:val="00CF03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657240802@qq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1690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Jason chen</cp:lastModifiedBy>
  <cp:revision>5</cp:revision>
  <dcterms:created xsi:type="dcterms:W3CDTF">2026-08-31T07:50:00Z</dcterms:created>
  <dcterms:modified xsi:type="dcterms:W3CDTF">2026-08-31T08:01:00Z</dcterms:modified>
  <cp:category/>
</cp:coreProperties>
</file>